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7A60B" w14:textId="77777777" w:rsidR="00153451" w:rsidRDefault="00000000">
      <w:pPr>
        <w:jc w:val="center"/>
      </w:pPr>
      <w:r>
        <w:rPr>
          <w:b/>
          <w:color w:val="666666"/>
          <w:sz w:val="28"/>
        </w:rPr>
        <w:t>TRAINING — PLATFORMA DiDi</w:t>
      </w:r>
    </w:p>
    <w:p w14:paraId="4AB9BBC7" w14:textId="77777777" w:rsidR="00153451" w:rsidRDefault="00000000">
      <w:pPr>
        <w:jc w:val="center"/>
      </w:pPr>
      <w:r>
        <w:rPr>
          <w:b/>
          <w:sz w:val="44"/>
        </w:rPr>
        <w:t>Sesiunea 2 — Administrarea ERPNext</w:t>
      </w:r>
    </w:p>
    <w:p w14:paraId="52659B95" w14:textId="77777777" w:rsidR="00153451" w:rsidRDefault="00000000">
      <w:pPr>
        <w:jc w:val="center"/>
      </w:pPr>
      <w:r>
        <w:rPr>
          <w:sz w:val="26"/>
        </w:rPr>
        <w:t>Contabilitate · Facturare · Rapoarte · Clienți · CRM · Conținut website</w:t>
      </w:r>
    </w:p>
    <w:p w14:paraId="1F0E7840" w14:textId="00097A67" w:rsidR="00153451" w:rsidRDefault="00000000">
      <w:pPr>
        <w:jc w:val="center"/>
      </w:pPr>
      <w:r>
        <w:rPr>
          <w:i/>
          <w:color w:val="666666"/>
          <w:sz w:val="20"/>
        </w:rPr>
        <w:t xml:space="preserve">· </w:t>
      </w:r>
      <w:proofErr w:type="spellStart"/>
      <w:r>
        <w:rPr>
          <w:i/>
          <w:color w:val="666666"/>
          <w:sz w:val="20"/>
        </w:rPr>
        <w:t>Sesiune</w:t>
      </w:r>
      <w:proofErr w:type="spellEnd"/>
      <w:r>
        <w:rPr>
          <w:i/>
          <w:color w:val="666666"/>
          <w:sz w:val="20"/>
        </w:rPr>
        <w:t xml:space="preserve"> de training </w:t>
      </w:r>
      <w:proofErr w:type="gramStart"/>
      <w:r>
        <w:rPr>
          <w:i/>
          <w:color w:val="666666"/>
          <w:sz w:val="20"/>
        </w:rPr>
        <w:t>conform</w:t>
      </w:r>
      <w:proofErr w:type="gramEnd"/>
      <w:r>
        <w:rPr>
          <w:i/>
          <w:color w:val="666666"/>
          <w:sz w:val="20"/>
        </w:rPr>
        <w:t xml:space="preserve"> Propunerii tehnice B.7.3 (DP Software Service)</w:t>
      </w:r>
    </w:p>
    <w:p w14:paraId="0927EFEB" w14:textId="77777777" w:rsidR="00153451" w:rsidRDefault="00000000">
      <w:r>
        <w:br w:type="page"/>
      </w:r>
    </w:p>
    <w:p w14:paraId="5C2BB47B" w14:textId="77777777" w:rsidR="00153451" w:rsidRDefault="00000000">
      <w:pPr>
        <w:pStyle w:val="Heading1"/>
      </w:pPr>
      <w:r>
        <w:lastRenderedPageBreak/>
        <w:t>Date de acces (mediul de test)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153451" w14:paraId="58F14F7E" w14:textId="77777777">
        <w:tc>
          <w:tcPr>
            <w:tcW w:w="4320" w:type="dxa"/>
          </w:tcPr>
          <w:p w14:paraId="13B7AFAC" w14:textId="77777777" w:rsidR="00153451" w:rsidRDefault="00000000">
            <w:r>
              <w:rPr>
                <w:b/>
              </w:rPr>
              <w:t>Website</w:t>
            </w:r>
          </w:p>
        </w:tc>
        <w:tc>
          <w:tcPr>
            <w:tcW w:w="4320" w:type="dxa"/>
          </w:tcPr>
          <w:p w14:paraId="08DB1CEC" w14:textId="66C8A4EB" w:rsidR="00153451" w:rsidRDefault="00000000">
            <w:proofErr w:type="spellStart"/>
            <w:r>
              <w:t>utilizator</w:t>
            </w:r>
            <w:proofErr w:type="spellEnd"/>
            <w:r>
              <w:t>: demo-e2e@clossers.com / Demo123456)</w:t>
            </w:r>
          </w:p>
        </w:tc>
      </w:tr>
      <w:tr w:rsidR="00153451" w14:paraId="2AF40F22" w14:textId="77777777">
        <w:tc>
          <w:tcPr>
            <w:tcW w:w="4320" w:type="dxa"/>
          </w:tcPr>
          <w:p w14:paraId="3C8372BC" w14:textId="77777777" w:rsidR="00153451" w:rsidRDefault="00000000">
            <w:r>
              <w:rPr>
                <w:b/>
              </w:rPr>
              <w:t>ERP (administrare)</w:t>
            </w:r>
          </w:p>
        </w:tc>
        <w:tc>
          <w:tcPr>
            <w:tcW w:w="4320" w:type="dxa"/>
          </w:tcPr>
          <w:p w14:paraId="19D56799" w14:textId="3A6BC02F" w:rsidR="00153451" w:rsidRDefault="00000000">
            <w:r>
              <w:t>Administrator / admin</w:t>
            </w:r>
          </w:p>
        </w:tc>
      </w:tr>
      <w:tr w:rsidR="00153451" w14:paraId="01F3085C" w14:textId="77777777">
        <w:tc>
          <w:tcPr>
            <w:tcW w:w="4320" w:type="dxa"/>
          </w:tcPr>
          <w:p w14:paraId="6FF547D1" w14:textId="77777777" w:rsidR="00153451" w:rsidRPr="00DE50F8" w:rsidRDefault="00000000">
            <w:pPr>
              <w:rPr>
                <w:lang w:val="fr-FR"/>
              </w:rPr>
            </w:pPr>
            <w:r w:rsidRPr="00DE50F8">
              <w:rPr>
                <w:b/>
                <w:lang w:val="fr-FR"/>
              </w:rPr>
              <w:t xml:space="preserve">Inbox </w:t>
            </w:r>
            <w:proofErr w:type="gramStart"/>
            <w:r w:rsidRPr="00DE50F8">
              <w:rPr>
                <w:b/>
                <w:lang w:val="fr-FR"/>
              </w:rPr>
              <w:t>email</w:t>
            </w:r>
            <w:proofErr w:type="gramEnd"/>
            <w:r w:rsidRPr="00DE50F8">
              <w:rPr>
                <w:b/>
                <w:lang w:val="fr-FR"/>
              </w:rPr>
              <w:t xml:space="preserve"> de test (</w:t>
            </w:r>
            <w:proofErr w:type="spellStart"/>
            <w:r w:rsidRPr="00DE50F8">
              <w:rPr>
                <w:b/>
                <w:lang w:val="fr-FR"/>
              </w:rPr>
              <w:t>Mailpit</w:t>
            </w:r>
            <w:proofErr w:type="spellEnd"/>
            <w:r w:rsidRPr="00DE50F8">
              <w:rPr>
                <w:b/>
                <w:lang w:val="fr-FR"/>
              </w:rPr>
              <w:t>)</w:t>
            </w:r>
          </w:p>
        </w:tc>
        <w:tc>
          <w:tcPr>
            <w:tcW w:w="4320" w:type="dxa"/>
          </w:tcPr>
          <w:p w14:paraId="2FD10D2B" w14:textId="52B8ABBB" w:rsidR="00153451" w:rsidRDefault="00000000"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autentificare</w:t>
            </w:r>
            <w:proofErr w:type="spellEnd"/>
          </w:p>
        </w:tc>
      </w:tr>
      <w:tr w:rsidR="00153451" w14:paraId="1C2AE374" w14:textId="77777777">
        <w:tc>
          <w:tcPr>
            <w:tcW w:w="4320" w:type="dxa"/>
          </w:tcPr>
          <w:p w14:paraId="63946DD0" w14:textId="77777777" w:rsidR="00153451" w:rsidRPr="00DE50F8" w:rsidRDefault="00000000">
            <w:pPr>
              <w:rPr>
                <w:lang w:val="fr-FR"/>
              </w:rPr>
            </w:pPr>
            <w:r w:rsidRPr="00DE50F8">
              <w:rPr>
                <w:b/>
                <w:lang w:val="fr-FR"/>
              </w:rPr>
              <w:t xml:space="preserve">Card de test </w:t>
            </w:r>
            <w:proofErr w:type="spellStart"/>
            <w:r w:rsidRPr="00DE50F8">
              <w:rPr>
                <w:b/>
                <w:lang w:val="fr-FR"/>
              </w:rPr>
              <w:t>plată</w:t>
            </w:r>
            <w:proofErr w:type="spellEnd"/>
            <w:r w:rsidRPr="00DE50F8">
              <w:rPr>
                <w:b/>
                <w:lang w:val="fr-FR"/>
              </w:rPr>
              <w:t xml:space="preserve"> REUȘITĂ</w:t>
            </w:r>
          </w:p>
        </w:tc>
        <w:tc>
          <w:tcPr>
            <w:tcW w:w="4320" w:type="dxa"/>
          </w:tcPr>
          <w:p w14:paraId="5045ADD7" w14:textId="77777777" w:rsidR="00153451" w:rsidRDefault="00000000">
            <w:r>
              <w:t>4242 4242 4242 4242 · orice dată viitoare · orice CVC</w:t>
            </w:r>
          </w:p>
        </w:tc>
      </w:tr>
      <w:tr w:rsidR="00153451" w14:paraId="1E378E0D" w14:textId="77777777">
        <w:tc>
          <w:tcPr>
            <w:tcW w:w="4320" w:type="dxa"/>
          </w:tcPr>
          <w:p w14:paraId="3464A485" w14:textId="77777777" w:rsidR="00153451" w:rsidRDefault="00000000">
            <w:r>
              <w:rPr>
                <w:b/>
              </w:rPr>
              <w:t>Card de test plată REFUZATĂ</w:t>
            </w:r>
          </w:p>
        </w:tc>
        <w:tc>
          <w:tcPr>
            <w:tcW w:w="4320" w:type="dxa"/>
          </w:tcPr>
          <w:p w14:paraId="140851D1" w14:textId="77777777" w:rsidR="00153451" w:rsidRDefault="00000000">
            <w:r>
              <w:t>4000 0000 0000 0002</w:t>
            </w:r>
          </w:p>
        </w:tc>
      </w:tr>
      <w:tr w:rsidR="00153451" w14:paraId="1E878A6F" w14:textId="77777777">
        <w:tc>
          <w:tcPr>
            <w:tcW w:w="4320" w:type="dxa"/>
          </w:tcPr>
          <w:p w14:paraId="54515B5E" w14:textId="77777777" w:rsidR="00153451" w:rsidRDefault="00000000">
            <w:r>
              <w:rPr>
                <w:b/>
              </w:rPr>
              <w:t>Recomandare înregistrare</w:t>
            </w:r>
          </w:p>
        </w:tc>
        <w:tc>
          <w:tcPr>
            <w:tcW w:w="4320" w:type="dxa"/>
          </w:tcPr>
          <w:p w14:paraId="502B0C66" w14:textId="77777777" w:rsidR="00153451" w:rsidRDefault="00000000">
            <w:r>
              <w:t>Ecran întreg 1920×1080, browser fără bookmarkuri personale, Win+Alt+R (Xbox Game Bar) sau OBS; ține acest document pe al doilea monitor sau afișează pagina de capitol înainte de fiecare secțiune</w:t>
            </w:r>
          </w:p>
        </w:tc>
      </w:tr>
    </w:tbl>
    <w:p w14:paraId="50D694F2" w14:textId="459DC69F" w:rsidR="00153451" w:rsidRPr="007407A9" w:rsidRDefault="00153451"/>
    <w:p w14:paraId="531CF2D6" w14:textId="77777777" w:rsidR="00153451" w:rsidRPr="007407A9" w:rsidRDefault="00000000">
      <w:r w:rsidRPr="007407A9">
        <w:br w:type="page"/>
      </w:r>
    </w:p>
    <w:p w14:paraId="189CDD4D" w14:textId="77777777" w:rsidR="00153451" w:rsidRDefault="00000000">
      <w:pPr>
        <w:pStyle w:val="Heading1"/>
      </w:pPr>
      <w:proofErr w:type="spellStart"/>
      <w:r>
        <w:lastRenderedPageBreak/>
        <w:t>Capitolul</w:t>
      </w:r>
      <w:proofErr w:type="spellEnd"/>
      <w:r>
        <w:t xml:space="preserve"> 1 — </w:t>
      </w:r>
      <w:proofErr w:type="spellStart"/>
      <w:r>
        <w:t>Orientare</w:t>
      </w:r>
      <w:proofErr w:type="spellEnd"/>
      <w:r>
        <w:t xml:space="preserve"> în ERPNext</w:t>
      </w:r>
    </w:p>
    <w:p w14:paraId="54E2997B" w14:textId="77777777" w:rsidR="00153451" w:rsidRDefault="00000000">
      <w:r>
        <w:rPr>
          <w:i/>
          <w:color w:val="666666"/>
          <w:sz w:val="18"/>
        </w:rPr>
        <w:t>⏱ durată orientativă: 15 min</w:t>
      </w:r>
    </w:p>
    <w:p w14:paraId="1426DA9A" w14:textId="13AF9B32" w:rsidR="00153451" w:rsidRPr="00DE50F8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Autentifică</w:t>
      </w:r>
      <w:proofErr w:type="spellEnd"/>
      <w:r w:rsidRPr="00DE50F8">
        <w:rPr>
          <w:lang w:val="fr-FR"/>
        </w:rPr>
        <w:t>-t</w:t>
      </w:r>
      <w:r w:rsidR="00B41BA0">
        <w:rPr>
          <w:lang w:val="fr-FR"/>
        </w:rPr>
        <w:t xml:space="preserve">e </w:t>
      </w:r>
      <w:proofErr w:type="spellStart"/>
      <w:r w:rsidRPr="00DE50F8">
        <w:rPr>
          <w:lang w:val="fr-FR"/>
        </w:rPr>
        <w:t>cu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Administrator</w:t>
      </w:r>
      <w:proofErr w:type="spellEnd"/>
      <w:r w:rsidRPr="00DE50F8">
        <w:rPr>
          <w:lang w:val="fr-FR"/>
        </w:rPr>
        <w:t xml:space="preserve"> / admin.</w:t>
      </w:r>
    </w:p>
    <w:p w14:paraId="319D1465" w14:textId="77777777" w:rsidR="00153451" w:rsidRPr="00DE50F8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Prezintă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bara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laterală</w:t>
      </w:r>
      <w:proofErr w:type="spellEnd"/>
      <w:r w:rsidRPr="00DE50F8">
        <w:rPr>
          <w:lang w:val="fr-FR"/>
        </w:rPr>
        <w:t xml:space="preserve"> de </w:t>
      </w:r>
      <w:proofErr w:type="spellStart"/>
      <w:r w:rsidRPr="00DE50F8">
        <w:rPr>
          <w:lang w:val="fr-FR"/>
        </w:rPr>
        <w:t>workspace-uri</w:t>
      </w:r>
      <w:proofErr w:type="spellEnd"/>
      <w:r w:rsidRPr="00DE50F8">
        <w:rPr>
          <w:lang w:val="fr-FR"/>
        </w:rPr>
        <w:t xml:space="preserve"> — a </w:t>
      </w:r>
      <w:proofErr w:type="spellStart"/>
      <w:r w:rsidRPr="00DE50F8">
        <w:rPr>
          <w:lang w:val="fr-FR"/>
        </w:rPr>
        <w:t>fost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curățată</w:t>
      </w:r>
      <w:proofErr w:type="spellEnd"/>
      <w:r w:rsidRPr="00DE50F8">
        <w:rPr>
          <w:lang w:val="fr-FR"/>
        </w:rPr>
        <w:t xml:space="preserve"> la </w:t>
      </w:r>
      <w:proofErr w:type="spellStart"/>
      <w:r w:rsidRPr="00DE50F8">
        <w:rPr>
          <w:lang w:val="fr-FR"/>
        </w:rPr>
        <w:t>modulele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relevante</w:t>
      </w:r>
      <w:proofErr w:type="spellEnd"/>
      <w:r w:rsidRPr="00DE50F8">
        <w:rPr>
          <w:lang w:val="fr-FR"/>
        </w:rPr>
        <w:t xml:space="preserve"> </w:t>
      </w:r>
      <w:proofErr w:type="spellStart"/>
      <w:proofErr w:type="gramStart"/>
      <w:r w:rsidRPr="00DE50F8">
        <w:rPr>
          <w:lang w:val="fr-FR"/>
        </w:rPr>
        <w:t>proiectului</w:t>
      </w:r>
      <w:proofErr w:type="spellEnd"/>
      <w:r w:rsidRPr="00DE50F8">
        <w:rPr>
          <w:lang w:val="fr-FR"/>
        </w:rPr>
        <w:t>:</w:t>
      </w:r>
      <w:proofErr w:type="gram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DiDi</w:t>
      </w:r>
      <w:proofErr w:type="spellEnd"/>
      <w:r w:rsidRPr="00DE50F8">
        <w:rPr>
          <w:lang w:val="fr-FR"/>
        </w:rPr>
        <w:t xml:space="preserve">, </w:t>
      </w:r>
      <w:proofErr w:type="spellStart"/>
      <w:r w:rsidRPr="00DE50F8">
        <w:rPr>
          <w:lang w:val="fr-FR"/>
        </w:rPr>
        <w:t>Accounting</w:t>
      </w:r>
      <w:proofErr w:type="spellEnd"/>
      <w:r w:rsidRPr="00DE50F8">
        <w:rPr>
          <w:lang w:val="fr-FR"/>
        </w:rPr>
        <w:t>/</w:t>
      </w:r>
      <w:proofErr w:type="spellStart"/>
      <w:r w:rsidRPr="00DE50F8">
        <w:rPr>
          <w:lang w:val="fr-FR"/>
        </w:rPr>
        <w:t>Contabilitate</w:t>
      </w:r>
      <w:proofErr w:type="spellEnd"/>
      <w:r w:rsidRPr="00DE50F8">
        <w:rPr>
          <w:lang w:val="fr-FR"/>
        </w:rPr>
        <w:t xml:space="preserve">, </w:t>
      </w:r>
      <w:proofErr w:type="spellStart"/>
      <w:r w:rsidRPr="00DE50F8">
        <w:rPr>
          <w:lang w:val="fr-FR"/>
        </w:rPr>
        <w:t>Facturi</w:t>
      </w:r>
      <w:proofErr w:type="spellEnd"/>
      <w:r w:rsidRPr="00DE50F8">
        <w:rPr>
          <w:lang w:val="fr-FR"/>
        </w:rPr>
        <w:t xml:space="preserve">, </w:t>
      </w:r>
      <w:proofErr w:type="spellStart"/>
      <w:r w:rsidRPr="00DE50F8">
        <w:rPr>
          <w:lang w:val="fr-FR"/>
        </w:rPr>
        <w:t>Plăți</w:t>
      </w:r>
      <w:proofErr w:type="spellEnd"/>
      <w:r w:rsidRPr="00DE50F8">
        <w:rPr>
          <w:lang w:val="fr-FR"/>
        </w:rPr>
        <w:t xml:space="preserve">, Selling, CRM, </w:t>
      </w:r>
      <w:proofErr w:type="spellStart"/>
      <w:r w:rsidRPr="00DE50F8">
        <w:rPr>
          <w:lang w:val="fr-FR"/>
        </w:rPr>
        <w:t>Clienți</w:t>
      </w:r>
      <w:proofErr w:type="spellEnd"/>
      <w:r w:rsidRPr="00DE50F8">
        <w:rPr>
          <w:lang w:val="fr-FR"/>
        </w:rPr>
        <w:t xml:space="preserve">, </w:t>
      </w:r>
      <w:proofErr w:type="spellStart"/>
      <w:r w:rsidRPr="00DE50F8">
        <w:rPr>
          <w:lang w:val="fr-FR"/>
        </w:rPr>
        <w:t>Servicii</w:t>
      </w:r>
      <w:proofErr w:type="spellEnd"/>
      <w:r w:rsidRPr="00DE50F8">
        <w:rPr>
          <w:lang w:val="fr-FR"/>
        </w:rPr>
        <w:t xml:space="preserve">, </w:t>
      </w:r>
      <w:proofErr w:type="spellStart"/>
      <w:r w:rsidRPr="00DE50F8">
        <w:rPr>
          <w:lang w:val="fr-FR"/>
        </w:rPr>
        <w:t>Website</w:t>
      </w:r>
      <w:proofErr w:type="spellEnd"/>
      <w:r w:rsidRPr="00DE50F8">
        <w:rPr>
          <w:lang w:val="fr-FR"/>
        </w:rPr>
        <w:t xml:space="preserve"> CMS.</w:t>
      </w:r>
    </w:p>
    <w:p w14:paraId="72244759" w14:textId="77777777" w:rsidR="00153451" w:rsidRPr="00DE50F8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Arată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căutarea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globală</w:t>
      </w:r>
      <w:proofErr w:type="spellEnd"/>
      <w:r w:rsidRPr="00DE50F8">
        <w:rPr>
          <w:lang w:val="fr-FR"/>
        </w:rPr>
        <w:t xml:space="preserve"> (</w:t>
      </w:r>
      <w:proofErr w:type="spellStart"/>
      <w:r w:rsidRPr="00DE50F8">
        <w:rPr>
          <w:lang w:val="fr-FR"/>
        </w:rPr>
        <w:t>Ctrl+G</w:t>
      </w:r>
      <w:proofErr w:type="spellEnd"/>
      <w:r w:rsidRPr="00DE50F8">
        <w:rPr>
          <w:lang w:val="fr-FR"/>
        </w:rPr>
        <w:t xml:space="preserve">) — </w:t>
      </w:r>
      <w:proofErr w:type="spellStart"/>
      <w:r w:rsidRPr="00DE50F8">
        <w:rPr>
          <w:lang w:val="fr-FR"/>
        </w:rPr>
        <w:t>orice</w:t>
      </w:r>
      <w:proofErr w:type="spellEnd"/>
      <w:r w:rsidRPr="00DE50F8">
        <w:rPr>
          <w:lang w:val="fr-FR"/>
        </w:rPr>
        <w:t xml:space="preserve"> document </w:t>
      </w:r>
      <w:proofErr w:type="spellStart"/>
      <w:r w:rsidRPr="00DE50F8">
        <w:rPr>
          <w:lang w:val="fr-FR"/>
        </w:rPr>
        <w:t>sau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raport</w:t>
      </w:r>
      <w:proofErr w:type="spellEnd"/>
      <w:r w:rsidRPr="00DE50F8">
        <w:rPr>
          <w:lang w:val="fr-FR"/>
        </w:rPr>
        <w:t xml:space="preserve"> se </w:t>
      </w:r>
      <w:proofErr w:type="spellStart"/>
      <w:r w:rsidRPr="00DE50F8">
        <w:rPr>
          <w:lang w:val="fr-FR"/>
        </w:rPr>
        <w:t>găsește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după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nume</w:t>
      </w:r>
      <w:proofErr w:type="spellEnd"/>
      <w:r w:rsidRPr="00DE50F8">
        <w:rPr>
          <w:lang w:val="fr-FR"/>
        </w:rPr>
        <w:t>.</w:t>
      </w:r>
    </w:p>
    <w:p w14:paraId="74D2074E" w14:textId="77777777" w:rsidR="00153451" w:rsidRDefault="00000000">
      <w:pPr>
        <w:pStyle w:val="ListNumber"/>
      </w:pPr>
      <w:proofErr w:type="spellStart"/>
      <w:r>
        <w:t>Deschide</w:t>
      </w:r>
      <w:proofErr w:type="spellEnd"/>
      <w:r>
        <w:t xml:space="preserve"> workspace-ul «</w:t>
      </w:r>
      <w:proofErr w:type="spellStart"/>
      <w:r>
        <w:t>DiDi</w:t>
      </w:r>
      <w:proofErr w:type="spellEnd"/>
      <w:r>
        <w:t>» / «DiDi Platform» — scurtăturile către documentele platformei.</w:t>
      </w:r>
    </w:p>
    <w:p w14:paraId="386F43C8" w14:textId="77777777" w:rsidR="00153451" w:rsidRDefault="00000000">
      <w:pPr>
        <w:pStyle w:val="Heading1"/>
      </w:pPr>
      <w:r>
        <w:t>Capitolul 2 — Facturile de vânzare</w:t>
      </w:r>
    </w:p>
    <w:p w14:paraId="1F8820A8" w14:textId="77777777" w:rsidR="00153451" w:rsidRDefault="00000000">
      <w:r>
        <w:rPr>
          <w:i/>
          <w:color w:val="666666"/>
          <w:sz w:val="18"/>
        </w:rPr>
        <w:t>⏱ durată orientativă: 25 min</w:t>
      </w:r>
    </w:p>
    <w:p w14:paraId="44598E12" w14:textId="77777777" w:rsidR="00153451" w:rsidRDefault="00000000">
      <w:pPr>
        <w:pStyle w:val="ListNumber"/>
      </w:pPr>
      <w:r>
        <w:t>Ctrl+G → «Sales Invoice» (Factura de Vânzare) → lista tuturor facturilor: serii DIDI-INV, statusuri, totaluri.</w:t>
      </w:r>
    </w:p>
    <w:p w14:paraId="3AAC157E" w14:textId="77777777" w:rsidR="00153451" w:rsidRPr="00DE50F8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Deschide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cea</w:t>
      </w:r>
      <w:proofErr w:type="spellEnd"/>
      <w:r w:rsidRPr="00DE50F8">
        <w:rPr>
          <w:lang w:val="fr-FR"/>
        </w:rPr>
        <w:t xml:space="preserve"> mai </w:t>
      </w:r>
      <w:proofErr w:type="spellStart"/>
      <w:r w:rsidRPr="00DE50F8">
        <w:rPr>
          <w:lang w:val="fr-FR"/>
        </w:rPr>
        <w:t>recentă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factură</w:t>
      </w:r>
      <w:proofErr w:type="spellEnd"/>
      <w:r w:rsidRPr="00DE50F8">
        <w:rPr>
          <w:lang w:val="fr-FR"/>
        </w:rPr>
        <w:t xml:space="preserve"> DIDI-</w:t>
      </w:r>
      <w:proofErr w:type="gramStart"/>
      <w:r w:rsidRPr="00DE50F8">
        <w:rPr>
          <w:lang w:val="fr-FR"/>
        </w:rPr>
        <w:t>INV:</w:t>
      </w:r>
      <w:proofErr w:type="gramEnd"/>
      <w:r w:rsidRPr="00DE50F8">
        <w:rPr>
          <w:lang w:val="fr-FR"/>
        </w:rPr>
        <w:t xml:space="preserve"> client, </w:t>
      </w:r>
      <w:proofErr w:type="spellStart"/>
      <w:r w:rsidRPr="00DE50F8">
        <w:rPr>
          <w:lang w:val="fr-FR"/>
        </w:rPr>
        <w:t>articolul-serviciu</w:t>
      </w:r>
      <w:proofErr w:type="spellEnd"/>
      <w:r w:rsidRPr="00DE50F8">
        <w:rPr>
          <w:lang w:val="fr-FR"/>
        </w:rPr>
        <w:t>, Total 50,00 RON.</w:t>
      </w:r>
    </w:p>
    <w:p w14:paraId="76C14B27" w14:textId="77777777" w:rsidR="00153451" w:rsidRDefault="00000000">
      <w:pPr>
        <w:pStyle w:val="ListNumber"/>
      </w:pPr>
      <w:proofErr w:type="spellStart"/>
      <w:r>
        <w:t>Derulează</w:t>
      </w:r>
      <w:proofErr w:type="spellEnd"/>
      <w:r>
        <w:t xml:space="preserve"> la «</w:t>
      </w:r>
      <w:proofErr w:type="spellStart"/>
      <w:r>
        <w:t>Descărcarea</w:t>
      </w:r>
      <w:proofErr w:type="spellEnd"/>
      <w:r>
        <w:t xml:space="preserve"> de impozite»: TVA 21% INCLUS în preț (net 41,32 + TVA 8,68 = 50,00) pe contul 4427 — conform legislației.</w:t>
      </w:r>
    </w:p>
    <w:p w14:paraId="706D02D6" w14:textId="77777777" w:rsidR="00153451" w:rsidRDefault="00000000">
      <w:pPr>
        <w:pStyle w:val="ListNumber"/>
      </w:pPr>
      <w:r>
        <w:t>Arată câmpurile specifice DiDi de pe factură: Sales Channel, DiDi Analysis Session ID, Analyses Consumed (marcajul de consum unic).</w:t>
      </w:r>
    </w:p>
    <w:p w14:paraId="2112CCB2" w14:textId="77777777" w:rsidR="00153451" w:rsidRDefault="00000000">
      <w:pPr>
        <w:pStyle w:val="ListNumber"/>
      </w:pPr>
      <w:r>
        <w:t>Apasă butonul de tipărire (🖨) → formatul «DiDi Invoice» → arată PDF-ul personalizat cu logo și datele firmei.</w:t>
      </w:r>
    </w:p>
    <w:p w14:paraId="6943935E" w14:textId="77777777" w:rsidR="00153451" w:rsidRPr="00DE50F8" w:rsidRDefault="00000000">
      <w:pPr>
        <w:rPr>
          <w:lang w:val="fr-FR"/>
        </w:rPr>
      </w:pPr>
      <w:r>
        <w:rPr>
          <w:i/>
          <w:color w:val="1B7A43"/>
        </w:rPr>
        <w:t>👁</w:t>
      </w:r>
      <w:r w:rsidRPr="00DE50F8">
        <w:rPr>
          <w:i/>
          <w:color w:val="1B7A43"/>
          <w:lang w:val="fr-FR"/>
        </w:rPr>
        <w:t xml:space="preserve"> Ce </w:t>
      </w:r>
      <w:proofErr w:type="spellStart"/>
      <w:r w:rsidRPr="00DE50F8">
        <w:rPr>
          <w:i/>
          <w:color w:val="1B7A43"/>
          <w:lang w:val="fr-FR"/>
        </w:rPr>
        <w:t>trebuie</w:t>
      </w:r>
      <w:proofErr w:type="spellEnd"/>
      <w:r w:rsidRPr="00DE50F8">
        <w:rPr>
          <w:i/>
          <w:color w:val="1B7A43"/>
          <w:lang w:val="fr-FR"/>
        </w:rPr>
        <w:t xml:space="preserve"> </w:t>
      </w:r>
      <w:proofErr w:type="spellStart"/>
      <w:r w:rsidRPr="00DE50F8">
        <w:rPr>
          <w:i/>
          <w:color w:val="1B7A43"/>
          <w:lang w:val="fr-FR"/>
        </w:rPr>
        <w:t>să</w:t>
      </w:r>
      <w:proofErr w:type="spellEnd"/>
      <w:r w:rsidRPr="00DE50F8">
        <w:rPr>
          <w:i/>
          <w:color w:val="1B7A43"/>
          <w:lang w:val="fr-FR"/>
        </w:rPr>
        <w:t xml:space="preserve"> se </w:t>
      </w:r>
      <w:proofErr w:type="spellStart"/>
      <w:r w:rsidRPr="00DE50F8">
        <w:rPr>
          <w:i/>
          <w:color w:val="1B7A43"/>
          <w:lang w:val="fr-FR"/>
        </w:rPr>
        <w:t>vadă</w:t>
      </w:r>
      <w:proofErr w:type="spellEnd"/>
      <w:r w:rsidRPr="00DE50F8">
        <w:rPr>
          <w:i/>
          <w:color w:val="1B7A43"/>
          <w:lang w:val="fr-FR"/>
        </w:rPr>
        <w:t xml:space="preserve">: </w:t>
      </w:r>
      <w:proofErr w:type="spellStart"/>
      <w:r w:rsidRPr="00DE50F8">
        <w:rPr>
          <w:i/>
          <w:color w:val="1B7A43"/>
          <w:lang w:val="fr-FR"/>
        </w:rPr>
        <w:t>facturile</w:t>
      </w:r>
      <w:proofErr w:type="spellEnd"/>
      <w:r w:rsidRPr="00DE50F8">
        <w:rPr>
          <w:i/>
          <w:color w:val="1B7A43"/>
          <w:lang w:val="fr-FR"/>
        </w:rPr>
        <w:t xml:space="preserve"> se </w:t>
      </w:r>
      <w:proofErr w:type="spellStart"/>
      <w:r w:rsidRPr="00DE50F8">
        <w:rPr>
          <w:i/>
          <w:color w:val="1B7A43"/>
          <w:lang w:val="fr-FR"/>
        </w:rPr>
        <w:t>generează</w:t>
      </w:r>
      <w:proofErr w:type="spellEnd"/>
      <w:r w:rsidRPr="00DE50F8">
        <w:rPr>
          <w:i/>
          <w:color w:val="1B7A43"/>
          <w:lang w:val="fr-FR"/>
        </w:rPr>
        <w:t xml:space="preserve"> AUTOMAT la </w:t>
      </w:r>
      <w:proofErr w:type="spellStart"/>
      <w:r w:rsidRPr="00DE50F8">
        <w:rPr>
          <w:i/>
          <w:color w:val="1B7A43"/>
          <w:lang w:val="fr-FR"/>
        </w:rPr>
        <w:t>plată</w:t>
      </w:r>
      <w:proofErr w:type="spellEnd"/>
      <w:r w:rsidRPr="00DE50F8">
        <w:rPr>
          <w:i/>
          <w:color w:val="1B7A43"/>
          <w:lang w:val="fr-FR"/>
        </w:rPr>
        <w:t xml:space="preserve"> — </w:t>
      </w:r>
      <w:proofErr w:type="spellStart"/>
      <w:r w:rsidRPr="00DE50F8">
        <w:rPr>
          <w:i/>
          <w:color w:val="1B7A43"/>
          <w:lang w:val="fr-FR"/>
        </w:rPr>
        <w:t>administratorul</w:t>
      </w:r>
      <w:proofErr w:type="spellEnd"/>
      <w:r w:rsidRPr="00DE50F8">
        <w:rPr>
          <w:i/>
          <w:color w:val="1B7A43"/>
          <w:lang w:val="fr-FR"/>
        </w:rPr>
        <w:t xml:space="preserve"> </w:t>
      </w:r>
      <w:proofErr w:type="spellStart"/>
      <w:r w:rsidRPr="00DE50F8">
        <w:rPr>
          <w:i/>
          <w:color w:val="1B7A43"/>
          <w:lang w:val="fr-FR"/>
        </w:rPr>
        <w:t>doar</w:t>
      </w:r>
      <w:proofErr w:type="spellEnd"/>
      <w:r w:rsidRPr="00DE50F8">
        <w:rPr>
          <w:i/>
          <w:color w:val="1B7A43"/>
          <w:lang w:val="fr-FR"/>
        </w:rPr>
        <w:t xml:space="preserve"> le </w:t>
      </w:r>
      <w:proofErr w:type="spellStart"/>
      <w:r w:rsidRPr="00DE50F8">
        <w:rPr>
          <w:i/>
          <w:color w:val="1B7A43"/>
          <w:lang w:val="fr-FR"/>
        </w:rPr>
        <w:t>consultă</w:t>
      </w:r>
      <w:proofErr w:type="spellEnd"/>
      <w:r w:rsidRPr="00DE50F8">
        <w:rPr>
          <w:i/>
          <w:color w:val="1B7A43"/>
          <w:lang w:val="fr-FR"/>
        </w:rPr>
        <w:t>/</w:t>
      </w:r>
      <w:proofErr w:type="spellStart"/>
      <w:r w:rsidRPr="00DE50F8">
        <w:rPr>
          <w:i/>
          <w:color w:val="1B7A43"/>
          <w:lang w:val="fr-FR"/>
        </w:rPr>
        <w:t>tipărește</w:t>
      </w:r>
      <w:proofErr w:type="spellEnd"/>
      <w:r w:rsidRPr="00DE50F8">
        <w:rPr>
          <w:i/>
          <w:color w:val="1B7A43"/>
          <w:lang w:val="fr-FR"/>
        </w:rPr>
        <w:t>.</w:t>
      </w:r>
    </w:p>
    <w:p w14:paraId="60795AA8" w14:textId="77777777" w:rsidR="00153451" w:rsidRPr="00DE50F8" w:rsidRDefault="00000000">
      <w:pPr>
        <w:pStyle w:val="Heading1"/>
        <w:rPr>
          <w:lang w:val="fr-FR"/>
        </w:rPr>
      </w:pPr>
      <w:proofErr w:type="spellStart"/>
      <w:r w:rsidRPr="00DE50F8">
        <w:rPr>
          <w:lang w:val="fr-FR"/>
        </w:rPr>
        <w:t>Capitolul</w:t>
      </w:r>
      <w:proofErr w:type="spellEnd"/>
      <w:r w:rsidRPr="00DE50F8">
        <w:rPr>
          <w:lang w:val="fr-FR"/>
        </w:rPr>
        <w:t xml:space="preserve"> 3 — </w:t>
      </w:r>
      <w:proofErr w:type="spellStart"/>
      <w:r w:rsidRPr="00DE50F8">
        <w:rPr>
          <w:lang w:val="fr-FR"/>
        </w:rPr>
        <w:t>Încasările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și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jurnalul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contabil</w:t>
      </w:r>
      <w:proofErr w:type="spellEnd"/>
    </w:p>
    <w:p w14:paraId="2A97D33F" w14:textId="77777777" w:rsidR="00153451" w:rsidRPr="00DE50F8" w:rsidRDefault="00000000">
      <w:pPr>
        <w:rPr>
          <w:lang w:val="fr-FR"/>
        </w:rPr>
      </w:pPr>
      <w:r w:rsidRPr="00DE50F8">
        <w:rPr>
          <w:i/>
          <w:color w:val="666666"/>
          <w:sz w:val="18"/>
          <w:lang w:val="fr-FR"/>
        </w:rPr>
        <w:t xml:space="preserve">⏱ </w:t>
      </w:r>
      <w:proofErr w:type="spellStart"/>
      <w:proofErr w:type="gramStart"/>
      <w:r w:rsidRPr="00DE50F8">
        <w:rPr>
          <w:i/>
          <w:color w:val="666666"/>
          <w:sz w:val="18"/>
          <w:lang w:val="fr-FR"/>
        </w:rPr>
        <w:t>durată</w:t>
      </w:r>
      <w:proofErr w:type="spellEnd"/>
      <w:proofErr w:type="gramEnd"/>
      <w:r w:rsidRPr="00DE50F8">
        <w:rPr>
          <w:i/>
          <w:color w:val="666666"/>
          <w:sz w:val="18"/>
          <w:lang w:val="fr-FR"/>
        </w:rPr>
        <w:t xml:space="preserve"> </w:t>
      </w:r>
      <w:proofErr w:type="spellStart"/>
      <w:proofErr w:type="gramStart"/>
      <w:r w:rsidRPr="00DE50F8">
        <w:rPr>
          <w:i/>
          <w:color w:val="666666"/>
          <w:sz w:val="18"/>
          <w:lang w:val="fr-FR"/>
        </w:rPr>
        <w:t>orientativă</w:t>
      </w:r>
      <w:proofErr w:type="spellEnd"/>
      <w:r w:rsidRPr="00DE50F8">
        <w:rPr>
          <w:i/>
          <w:color w:val="666666"/>
          <w:sz w:val="18"/>
          <w:lang w:val="fr-FR"/>
        </w:rPr>
        <w:t>:</w:t>
      </w:r>
      <w:proofErr w:type="gramEnd"/>
      <w:r w:rsidRPr="00DE50F8">
        <w:rPr>
          <w:i/>
          <w:color w:val="666666"/>
          <w:sz w:val="18"/>
          <w:lang w:val="fr-FR"/>
        </w:rPr>
        <w:t xml:space="preserve"> 20 min</w:t>
      </w:r>
    </w:p>
    <w:p w14:paraId="1D8FE72A" w14:textId="77777777" w:rsidR="00153451" w:rsidRPr="00DE50F8" w:rsidRDefault="00000000">
      <w:pPr>
        <w:pStyle w:val="ListNumber"/>
        <w:rPr>
          <w:lang w:val="fr-FR"/>
        </w:rPr>
      </w:pPr>
      <w:r w:rsidRPr="00DE50F8">
        <w:rPr>
          <w:lang w:val="fr-FR"/>
        </w:rPr>
        <w:t xml:space="preserve">Din </w:t>
      </w:r>
      <w:proofErr w:type="spellStart"/>
      <w:r w:rsidRPr="00DE50F8">
        <w:rPr>
          <w:lang w:val="fr-FR"/>
        </w:rPr>
        <w:t>factură</w:t>
      </w:r>
      <w:proofErr w:type="spellEnd"/>
      <w:r w:rsidRPr="00DE50F8">
        <w:rPr>
          <w:lang w:val="fr-FR"/>
        </w:rPr>
        <w:t>, tab-</w:t>
      </w:r>
      <w:proofErr w:type="spellStart"/>
      <w:r w:rsidRPr="00DE50F8">
        <w:rPr>
          <w:lang w:val="fr-FR"/>
        </w:rPr>
        <w:t>ul</w:t>
      </w:r>
      <w:proofErr w:type="spellEnd"/>
      <w:proofErr w:type="gramStart"/>
      <w:r w:rsidRPr="00DE50F8">
        <w:rPr>
          <w:lang w:val="fr-FR"/>
        </w:rPr>
        <w:t xml:space="preserve"> «</w:t>
      </w:r>
      <w:proofErr w:type="spellStart"/>
      <w:r w:rsidRPr="00DE50F8">
        <w:rPr>
          <w:lang w:val="fr-FR"/>
        </w:rPr>
        <w:t>Plăți</w:t>
      </w:r>
      <w:proofErr w:type="spellEnd"/>
      <w:proofErr w:type="gramEnd"/>
      <w:r w:rsidRPr="00DE50F8">
        <w:rPr>
          <w:lang w:val="fr-FR"/>
        </w:rPr>
        <w:t xml:space="preserve">» </w:t>
      </w:r>
      <w:proofErr w:type="spellStart"/>
      <w:r w:rsidRPr="00DE50F8">
        <w:rPr>
          <w:lang w:val="fr-FR"/>
        </w:rPr>
        <w:t>sau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Ctrl+G</w:t>
      </w:r>
      <w:proofErr w:type="spellEnd"/>
      <w:r w:rsidRPr="00DE50F8">
        <w:rPr>
          <w:lang w:val="fr-FR"/>
        </w:rPr>
        <w:t xml:space="preserve"> →</w:t>
      </w:r>
      <w:proofErr w:type="gramStart"/>
      <w:r w:rsidRPr="00DE50F8">
        <w:rPr>
          <w:lang w:val="fr-FR"/>
        </w:rPr>
        <w:t xml:space="preserve"> «Payment</w:t>
      </w:r>
      <w:proofErr w:type="gramEnd"/>
      <w:r w:rsidRPr="00DE50F8">
        <w:rPr>
          <w:lang w:val="fr-FR"/>
        </w:rPr>
        <w:t xml:space="preserve"> </w:t>
      </w:r>
      <w:proofErr w:type="gramStart"/>
      <w:r w:rsidRPr="00DE50F8">
        <w:rPr>
          <w:lang w:val="fr-FR"/>
        </w:rPr>
        <w:t>Entry»</w:t>
      </w:r>
      <w:proofErr w:type="gramEnd"/>
      <w:r w:rsidRPr="00DE50F8">
        <w:rPr>
          <w:lang w:val="fr-FR"/>
        </w:rPr>
        <w:t xml:space="preserve"> → </w:t>
      </w:r>
      <w:proofErr w:type="spellStart"/>
      <w:r w:rsidRPr="00DE50F8">
        <w:rPr>
          <w:lang w:val="fr-FR"/>
        </w:rPr>
        <w:t>deschide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încasarea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aferentă</w:t>
      </w:r>
      <w:proofErr w:type="spellEnd"/>
      <w:r w:rsidRPr="00DE50F8">
        <w:rPr>
          <w:lang w:val="fr-FR"/>
        </w:rPr>
        <w:t xml:space="preserve"> (ACC-PAY-...).</w:t>
      </w:r>
    </w:p>
    <w:p w14:paraId="34A3F07A" w14:textId="77777777" w:rsidR="00153451" w:rsidRDefault="00000000">
      <w:pPr>
        <w:pStyle w:val="ListNumber"/>
      </w:pPr>
      <w:proofErr w:type="spellStart"/>
      <w:r>
        <w:t>Arată</w:t>
      </w:r>
      <w:proofErr w:type="spellEnd"/>
      <w:r>
        <w:t xml:space="preserve">: tip </w:t>
      </w:r>
      <w:proofErr w:type="spellStart"/>
      <w:r>
        <w:t>Încasare</w:t>
      </w:r>
      <w:proofErr w:type="spellEnd"/>
      <w:r>
        <w:t xml:space="preserve">, </w:t>
      </w:r>
      <w:proofErr w:type="spellStart"/>
      <w:r>
        <w:t>suma</w:t>
      </w:r>
      <w:proofErr w:type="spellEnd"/>
      <w:r>
        <w:t xml:space="preserve"> 50,00 RON, referința către factură, alocarea integrală (sumă nealocată 0).</w:t>
      </w:r>
    </w:p>
    <w:p w14:paraId="104D5755" w14:textId="77777777" w:rsidR="00153451" w:rsidRDefault="00000000">
      <w:pPr>
        <w:pStyle w:val="ListNumber"/>
      </w:pPr>
      <w:r>
        <w:t>Înapoi pe factură → meniul ⋯ → «Accounting Ledger» — jurnalul contabil al tranzacției.</w:t>
      </w:r>
    </w:p>
    <w:p w14:paraId="021C17A6" w14:textId="77777777" w:rsidR="00153451" w:rsidRDefault="00000000">
      <w:pPr>
        <w:pStyle w:val="ListNumber"/>
      </w:pPr>
      <w:r>
        <w:t>Explică pe ecran conturile: 4111 Clienți (debit/credit), 4427 TVA colectată, 704 Venituri din servicii — înregistrare echilibrată automat.</w:t>
      </w:r>
    </w:p>
    <w:p w14:paraId="0AC3DE86" w14:textId="77777777" w:rsidR="00153451" w:rsidRPr="007407A9" w:rsidRDefault="00000000">
      <w:pPr>
        <w:pStyle w:val="Heading1"/>
        <w:rPr>
          <w:lang w:val="fr-FR"/>
        </w:rPr>
      </w:pPr>
      <w:proofErr w:type="spellStart"/>
      <w:r w:rsidRPr="007407A9">
        <w:rPr>
          <w:lang w:val="fr-FR"/>
        </w:rPr>
        <w:lastRenderedPageBreak/>
        <w:t>Capitolul</w:t>
      </w:r>
      <w:proofErr w:type="spellEnd"/>
      <w:r w:rsidRPr="007407A9">
        <w:rPr>
          <w:lang w:val="fr-FR"/>
        </w:rPr>
        <w:t xml:space="preserve"> 4 — </w:t>
      </w:r>
      <w:proofErr w:type="spellStart"/>
      <w:r w:rsidRPr="007407A9">
        <w:rPr>
          <w:lang w:val="fr-FR"/>
        </w:rPr>
        <w:t>Rapoartele</w:t>
      </w:r>
      <w:proofErr w:type="spellEnd"/>
      <w:r w:rsidRPr="007407A9">
        <w:rPr>
          <w:lang w:val="fr-FR"/>
        </w:rPr>
        <w:t xml:space="preserve"> </w:t>
      </w:r>
      <w:proofErr w:type="spellStart"/>
      <w:r w:rsidRPr="007407A9">
        <w:rPr>
          <w:lang w:val="fr-FR"/>
        </w:rPr>
        <w:t>financiare</w:t>
      </w:r>
      <w:proofErr w:type="spellEnd"/>
    </w:p>
    <w:p w14:paraId="173C7C66" w14:textId="77777777" w:rsidR="00153451" w:rsidRPr="007407A9" w:rsidRDefault="00000000">
      <w:pPr>
        <w:rPr>
          <w:lang w:val="fr-FR"/>
        </w:rPr>
      </w:pPr>
      <w:r w:rsidRPr="007407A9">
        <w:rPr>
          <w:i/>
          <w:color w:val="666666"/>
          <w:sz w:val="18"/>
          <w:lang w:val="fr-FR"/>
        </w:rPr>
        <w:t xml:space="preserve">⏱ </w:t>
      </w:r>
      <w:proofErr w:type="spellStart"/>
      <w:proofErr w:type="gramStart"/>
      <w:r w:rsidRPr="007407A9">
        <w:rPr>
          <w:i/>
          <w:color w:val="666666"/>
          <w:sz w:val="18"/>
          <w:lang w:val="fr-FR"/>
        </w:rPr>
        <w:t>durată</w:t>
      </w:r>
      <w:proofErr w:type="spellEnd"/>
      <w:proofErr w:type="gramEnd"/>
      <w:r w:rsidRPr="007407A9">
        <w:rPr>
          <w:i/>
          <w:color w:val="666666"/>
          <w:sz w:val="18"/>
          <w:lang w:val="fr-FR"/>
        </w:rPr>
        <w:t xml:space="preserve"> </w:t>
      </w:r>
      <w:proofErr w:type="spellStart"/>
      <w:proofErr w:type="gramStart"/>
      <w:r w:rsidRPr="007407A9">
        <w:rPr>
          <w:i/>
          <w:color w:val="666666"/>
          <w:sz w:val="18"/>
          <w:lang w:val="fr-FR"/>
        </w:rPr>
        <w:t>orientativă</w:t>
      </w:r>
      <w:proofErr w:type="spellEnd"/>
      <w:r w:rsidRPr="007407A9">
        <w:rPr>
          <w:i/>
          <w:color w:val="666666"/>
          <w:sz w:val="18"/>
          <w:lang w:val="fr-FR"/>
        </w:rPr>
        <w:t>:</w:t>
      </w:r>
      <w:proofErr w:type="gramEnd"/>
      <w:r w:rsidRPr="007407A9">
        <w:rPr>
          <w:i/>
          <w:color w:val="666666"/>
          <w:sz w:val="18"/>
          <w:lang w:val="fr-FR"/>
        </w:rPr>
        <w:t xml:space="preserve"> 20 min</w:t>
      </w:r>
    </w:p>
    <w:p w14:paraId="067D04A1" w14:textId="77777777" w:rsidR="00153451" w:rsidRDefault="00000000">
      <w:pPr>
        <w:pStyle w:val="ListNumber"/>
      </w:pPr>
      <w:proofErr w:type="spellStart"/>
      <w:r>
        <w:t>Ctrl+G</w:t>
      </w:r>
      <w:proofErr w:type="spellEnd"/>
      <w:r>
        <w:t xml:space="preserve"> → «Sales Register» (Vânzări Înregistrare) → setează Company: TOP CLOSSERS SRL și perioada 01.01.2026 – 31.12.2026.</w:t>
      </w:r>
    </w:p>
    <w:p w14:paraId="052745D5" w14:textId="4EECE417" w:rsidR="00153451" w:rsidRPr="00DE50F8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Parcurge</w:t>
      </w:r>
      <w:proofErr w:type="spellEnd"/>
      <w:r w:rsidRPr="00DE50F8">
        <w:rPr>
          <w:lang w:val="fr-FR"/>
        </w:rPr>
        <w:t xml:space="preserve"> </w:t>
      </w:r>
      <w:proofErr w:type="spellStart"/>
      <w:proofErr w:type="gramStart"/>
      <w:r w:rsidRPr="00DE50F8">
        <w:rPr>
          <w:lang w:val="fr-FR"/>
        </w:rPr>
        <w:t>centralizatorul</w:t>
      </w:r>
      <w:proofErr w:type="spellEnd"/>
      <w:r w:rsidRPr="00DE50F8">
        <w:rPr>
          <w:lang w:val="fr-FR"/>
        </w:rPr>
        <w:t>:</w:t>
      </w:r>
      <w:proofErr w:type="gram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toate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facturile</w:t>
      </w:r>
      <w:proofErr w:type="spellEnd"/>
      <w:r w:rsidRPr="00DE50F8">
        <w:rPr>
          <w:lang w:val="fr-FR"/>
        </w:rPr>
        <w:t xml:space="preserve">, </w:t>
      </w:r>
      <w:proofErr w:type="spellStart"/>
      <w:r w:rsidRPr="00DE50F8">
        <w:rPr>
          <w:lang w:val="fr-FR"/>
        </w:rPr>
        <w:t>clienți</w:t>
      </w:r>
      <w:proofErr w:type="spellEnd"/>
      <w:r w:rsidRPr="00DE50F8">
        <w:rPr>
          <w:lang w:val="fr-FR"/>
        </w:rPr>
        <w:t xml:space="preserve">, </w:t>
      </w:r>
      <w:proofErr w:type="spellStart"/>
      <w:r w:rsidRPr="00DE50F8">
        <w:rPr>
          <w:lang w:val="fr-FR"/>
        </w:rPr>
        <w:t>conturi</w:t>
      </w:r>
      <w:proofErr w:type="spellEnd"/>
      <w:r w:rsidRPr="00DE50F8">
        <w:rPr>
          <w:lang w:val="fr-FR"/>
        </w:rPr>
        <w:t xml:space="preserve">, </w:t>
      </w:r>
      <w:proofErr w:type="spellStart"/>
      <w:proofErr w:type="gramStart"/>
      <w:r w:rsidRPr="00DE50F8">
        <w:rPr>
          <w:lang w:val="fr-FR"/>
        </w:rPr>
        <w:t>totaluri</w:t>
      </w:r>
      <w:proofErr w:type="spellEnd"/>
      <w:r w:rsidRPr="00DE50F8">
        <w:rPr>
          <w:lang w:val="fr-FR"/>
        </w:rPr>
        <w:t>;</w:t>
      </w:r>
      <w:r w:rsidR="007407A9">
        <w:rPr>
          <w:lang w:val="fr-FR"/>
        </w:rPr>
        <w:t>.</w:t>
      </w:r>
      <w:proofErr w:type="gramEnd"/>
    </w:p>
    <w:p w14:paraId="4EAEB416" w14:textId="77777777" w:rsidR="00153451" w:rsidRDefault="00000000">
      <w:pPr>
        <w:pStyle w:val="ListNumber"/>
      </w:pPr>
      <w:proofErr w:type="spellStart"/>
      <w:r>
        <w:t>Ctrl+G</w:t>
      </w:r>
      <w:proofErr w:type="spellEnd"/>
      <w:r>
        <w:t xml:space="preserve"> → «Trial Balance» (Balanța de verificare) pe 2026 — arată echilibrul general al conturilor.</w:t>
      </w:r>
    </w:p>
    <w:p w14:paraId="1F3F9EED" w14:textId="77777777" w:rsidR="00153451" w:rsidRDefault="00000000">
      <w:pPr>
        <w:pStyle w:val="ListNumber"/>
      </w:pPr>
      <w:r>
        <w:t>Ctrl+G → «Accounts Receivable» — situația creanțelor pe clienți.</w:t>
      </w:r>
    </w:p>
    <w:p w14:paraId="66C0ADAE" w14:textId="77777777" w:rsidR="00153451" w:rsidRDefault="00000000">
      <w:r>
        <w:rPr>
          <w:color w:val="666666"/>
          <w:sz w:val="20"/>
        </w:rPr>
        <w:t>ℹ Rapoartele cer rolul Accounts User/Manager — contul Administrator le are implicit.</w:t>
      </w:r>
    </w:p>
    <w:p w14:paraId="08D3E646" w14:textId="77777777" w:rsidR="00153451" w:rsidRDefault="00000000">
      <w:pPr>
        <w:pStyle w:val="Heading1"/>
      </w:pPr>
      <w:r>
        <w:t>Capitolul 5 — Clienții și datele platformei DiDi</w:t>
      </w:r>
    </w:p>
    <w:p w14:paraId="4435BAC9" w14:textId="77777777" w:rsidR="00153451" w:rsidRDefault="00000000">
      <w:r>
        <w:rPr>
          <w:i/>
          <w:color w:val="666666"/>
          <w:sz w:val="18"/>
        </w:rPr>
        <w:t>⏱ durată orientativă: 15 min</w:t>
      </w:r>
    </w:p>
    <w:p w14:paraId="5C4B8311" w14:textId="77777777" w:rsidR="00153451" w:rsidRDefault="00000000">
      <w:pPr>
        <w:pStyle w:val="ListNumber"/>
      </w:pPr>
      <w:r>
        <w:t>Ctrl+G → «Customer» → lista clienților.</w:t>
      </w:r>
    </w:p>
    <w:p w14:paraId="57EFF90B" w14:textId="77777777" w:rsidR="00153451" w:rsidRPr="00DE50F8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Deschide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clientul</w:t>
      </w:r>
      <w:proofErr w:type="spellEnd"/>
      <w:proofErr w:type="gramStart"/>
      <w:r w:rsidRPr="00DE50F8">
        <w:rPr>
          <w:lang w:val="fr-FR"/>
        </w:rPr>
        <w:t xml:space="preserve"> «Demo</w:t>
      </w:r>
      <w:proofErr w:type="gramEnd"/>
      <w:r w:rsidRPr="00DE50F8">
        <w:rPr>
          <w:lang w:val="fr-FR"/>
        </w:rPr>
        <w:t xml:space="preserve"> E2</w:t>
      </w:r>
      <w:proofErr w:type="gramStart"/>
      <w:r w:rsidRPr="00DE50F8">
        <w:rPr>
          <w:lang w:val="fr-FR"/>
        </w:rPr>
        <w:t>E»</w:t>
      </w:r>
      <w:proofErr w:type="gramEnd"/>
      <w:r w:rsidRPr="00DE50F8">
        <w:rPr>
          <w:lang w:val="fr-FR"/>
        </w:rPr>
        <w:t xml:space="preserve"> — </w:t>
      </w:r>
      <w:proofErr w:type="spellStart"/>
      <w:r w:rsidRPr="00DE50F8">
        <w:rPr>
          <w:lang w:val="fr-FR"/>
        </w:rPr>
        <w:t>creat</w:t>
      </w:r>
      <w:proofErr w:type="spellEnd"/>
      <w:r w:rsidRPr="00DE50F8">
        <w:rPr>
          <w:lang w:val="fr-FR"/>
        </w:rPr>
        <w:t xml:space="preserve"> 100% AUTOMAT la prima lui </w:t>
      </w:r>
      <w:proofErr w:type="spellStart"/>
      <w:r w:rsidRPr="00DE50F8">
        <w:rPr>
          <w:lang w:val="fr-FR"/>
        </w:rPr>
        <w:t>plată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din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website</w:t>
      </w:r>
      <w:proofErr w:type="spellEnd"/>
      <w:r w:rsidRPr="00DE50F8">
        <w:rPr>
          <w:lang w:val="fr-FR"/>
        </w:rPr>
        <w:t>.</w:t>
      </w:r>
    </w:p>
    <w:p w14:paraId="2C31FAFB" w14:textId="77777777" w:rsidR="00153451" w:rsidRPr="00DE50F8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Arată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secțiunea</w:t>
      </w:r>
      <w:proofErr w:type="spellEnd"/>
      <w:proofErr w:type="gramStart"/>
      <w:r w:rsidRPr="00DE50F8">
        <w:rPr>
          <w:lang w:val="fr-FR"/>
        </w:rPr>
        <w:t xml:space="preserve"> «</w:t>
      </w:r>
      <w:proofErr w:type="spellStart"/>
      <w:r w:rsidRPr="00DE50F8">
        <w:rPr>
          <w:lang w:val="fr-FR"/>
        </w:rPr>
        <w:t>DiDi</w:t>
      </w:r>
      <w:proofErr w:type="spellEnd"/>
      <w:proofErr w:type="gramEnd"/>
      <w:r w:rsidRPr="00DE50F8">
        <w:rPr>
          <w:lang w:val="fr-FR"/>
        </w:rPr>
        <w:t xml:space="preserve"> </w:t>
      </w:r>
      <w:proofErr w:type="gramStart"/>
      <w:r w:rsidRPr="00DE50F8">
        <w:rPr>
          <w:lang w:val="fr-FR"/>
        </w:rPr>
        <w:t>Platform»</w:t>
      </w:r>
      <w:proofErr w:type="gram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din</w:t>
      </w:r>
      <w:proofErr w:type="spellEnd"/>
      <w:r w:rsidRPr="00DE50F8">
        <w:rPr>
          <w:lang w:val="fr-FR"/>
        </w:rPr>
        <w:t xml:space="preserve"> </w:t>
      </w:r>
      <w:proofErr w:type="spellStart"/>
      <w:proofErr w:type="gramStart"/>
      <w:r w:rsidRPr="00DE50F8">
        <w:rPr>
          <w:lang w:val="fr-FR"/>
        </w:rPr>
        <w:t>fișă</w:t>
      </w:r>
      <w:proofErr w:type="spellEnd"/>
      <w:r w:rsidRPr="00DE50F8">
        <w:rPr>
          <w:lang w:val="fr-FR"/>
        </w:rPr>
        <w:t>:</w:t>
      </w:r>
      <w:proofErr w:type="gram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DiDi</w:t>
      </w:r>
      <w:proofErr w:type="spellEnd"/>
      <w:r w:rsidRPr="00DE50F8">
        <w:rPr>
          <w:lang w:val="fr-FR"/>
        </w:rPr>
        <w:t xml:space="preserve"> User ID (</w:t>
      </w:r>
      <w:proofErr w:type="spellStart"/>
      <w:r w:rsidRPr="00DE50F8">
        <w:rPr>
          <w:lang w:val="fr-FR"/>
        </w:rPr>
        <w:t>legătura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cu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contul</w:t>
      </w:r>
      <w:proofErr w:type="spellEnd"/>
      <w:r w:rsidRPr="00DE50F8">
        <w:rPr>
          <w:lang w:val="fr-FR"/>
        </w:rPr>
        <w:t xml:space="preserve"> SSO), Active Plan, IAM </w:t>
      </w:r>
      <w:proofErr w:type="spellStart"/>
      <w:r w:rsidRPr="00DE50F8">
        <w:rPr>
          <w:lang w:val="fr-FR"/>
        </w:rPr>
        <w:t>Role</w:t>
      </w:r>
      <w:proofErr w:type="spellEnd"/>
      <w:r w:rsidRPr="00DE50F8">
        <w:rPr>
          <w:lang w:val="fr-FR"/>
        </w:rPr>
        <w:t xml:space="preserve">, data </w:t>
      </w:r>
      <w:proofErr w:type="spellStart"/>
      <w:r w:rsidRPr="00DE50F8">
        <w:rPr>
          <w:lang w:val="fr-FR"/>
        </w:rPr>
        <w:t>activării</w:t>
      </w:r>
      <w:proofErr w:type="spellEnd"/>
      <w:r w:rsidRPr="00DE50F8">
        <w:rPr>
          <w:lang w:val="fr-FR"/>
        </w:rPr>
        <w:t>.</w:t>
      </w:r>
    </w:p>
    <w:p w14:paraId="14763CD0" w14:textId="77777777" w:rsidR="00153451" w:rsidRPr="00DE50F8" w:rsidRDefault="00000000">
      <w:pPr>
        <w:pStyle w:val="ListNumber"/>
        <w:rPr>
          <w:lang w:val="fr-FR"/>
        </w:rPr>
      </w:pPr>
      <w:r w:rsidRPr="00DE50F8">
        <w:rPr>
          <w:lang w:val="fr-FR"/>
        </w:rPr>
        <w:t>Tab</w:t>
      </w:r>
      <w:proofErr w:type="gramStart"/>
      <w:r w:rsidRPr="00DE50F8">
        <w:rPr>
          <w:lang w:val="fr-FR"/>
        </w:rPr>
        <w:t xml:space="preserve"> «</w:t>
      </w:r>
      <w:proofErr w:type="spellStart"/>
      <w:r w:rsidRPr="00DE50F8">
        <w:rPr>
          <w:lang w:val="fr-FR"/>
        </w:rPr>
        <w:t>Tablou</w:t>
      </w:r>
      <w:proofErr w:type="spellEnd"/>
      <w:proofErr w:type="gramEnd"/>
      <w:r w:rsidRPr="00DE50F8">
        <w:rPr>
          <w:lang w:val="fr-FR"/>
        </w:rPr>
        <w:t xml:space="preserve"> de </w:t>
      </w:r>
      <w:proofErr w:type="gramStart"/>
      <w:r w:rsidRPr="00DE50F8">
        <w:rPr>
          <w:lang w:val="fr-FR"/>
        </w:rPr>
        <w:t>bord»</w:t>
      </w:r>
      <w:proofErr w:type="gramEnd"/>
      <w:r w:rsidRPr="00DE50F8">
        <w:rPr>
          <w:lang w:val="fr-FR"/>
        </w:rPr>
        <w:t xml:space="preserve"> al </w:t>
      </w:r>
      <w:proofErr w:type="spellStart"/>
      <w:proofErr w:type="gramStart"/>
      <w:r w:rsidRPr="00DE50F8">
        <w:rPr>
          <w:lang w:val="fr-FR"/>
        </w:rPr>
        <w:t>clientului</w:t>
      </w:r>
      <w:proofErr w:type="spellEnd"/>
      <w:r w:rsidRPr="00DE50F8">
        <w:rPr>
          <w:lang w:val="fr-FR"/>
        </w:rPr>
        <w:t>:</w:t>
      </w:r>
      <w:proofErr w:type="gram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facturile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și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tranzacțiile</w:t>
      </w:r>
      <w:proofErr w:type="spellEnd"/>
      <w:r w:rsidRPr="00DE50F8">
        <w:rPr>
          <w:lang w:val="fr-FR"/>
        </w:rPr>
        <w:t xml:space="preserve"> lui, </w:t>
      </w:r>
      <w:proofErr w:type="spellStart"/>
      <w:r w:rsidRPr="00DE50F8">
        <w:rPr>
          <w:lang w:val="fr-FR"/>
        </w:rPr>
        <w:t>istoric</w:t>
      </w:r>
      <w:proofErr w:type="spellEnd"/>
      <w:r w:rsidRPr="00DE50F8">
        <w:rPr>
          <w:lang w:val="fr-FR"/>
        </w:rPr>
        <w:t xml:space="preserve"> complet.</w:t>
      </w:r>
    </w:p>
    <w:p w14:paraId="1707B1EF" w14:textId="77777777" w:rsidR="00153451" w:rsidRDefault="00000000">
      <w:pPr>
        <w:pStyle w:val="Heading1"/>
      </w:pPr>
      <w:proofErr w:type="spellStart"/>
      <w:r>
        <w:t>Capitolul</w:t>
      </w:r>
      <w:proofErr w:type="spellEnd"/>
      <w:r>
        <w:t xml:space="preserve"> 6 — CRM — lead-uri și pipeline</w:t>
      </w:r>
    </w:p>
    <w:p w14:paraId="1D41E469" w14:textId="77777777" w:rsidR="00153451" w:rsidRDefault="00000000">
      <w:r>
        <w:rPr>
          <w:i/>
          <w:color w:val="666666"/>
          <w:sz w:val="18"/>
        </w:rPr>
        <w:t>⏱ durată orientativă: 15 min</w:t>
      </w:r>
    </w:p>
    <w:p w14:paraId="03E447AC" w14:textId="77777777" w:rsidR="00153451" w:rsidRDefault="00000000">
      <w:pPr>
        <w:pStyle w:val="ListNumber"/>
      </w:pPr>
      <w:r>
        <w:t xml:space="preserve">Ctrl+G → «Lead» → lista lead-urilor venite din website (Sursa «Website - Contact </w:t>
      </w:r>
      <w:proofErr w:type="gramStart"/>
      <w:r>
        <w:t>Form»)</w:t>
      </w:r>
      <w:proofErr w:type="gramEnd"/>
      <w:r>
        <w:t>.</w:t>
      </w:r>
    </w:p>
    <w:p w14:paraId="679E3573" w14:textId="77777777" w:rsidR="00153451" w:rsidRPr="00DE50F8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Deschide</w:t>
      </w:r>
      <w:proofErr w:type="spellEnd"/>
      <w:r w:rsidRPr="00DE50F8">
        <w:rPr>
          <w:lang w:val="fr-FR"/>
        </w:rPr>
        <w:t xml:space="preserve"> un </w:t>
      </w:r>
      <w:proofErr w:type="gramStart"/>
      <w:r w:rsidRPr="00DE50F8">
        <w:rPr>
          <w:lang w:val="fr-FR"/>
        </w:rPr>
        <w:t>lead:</w:t>
      </w:r>
      <w:proofErr w:type="gramEnd"/>
      <w:r w:rsidRPr="00DE50F8">
        <w:rPr>
          <w:lang w:val="fr-FR"/>
        </w:rPr>
        <w:t xml:space="preserve"> date de contact, </w:t>
      </w:r>
      <w:proofErr w:type="spellStart"/>
      <w:r w:rsidRPr="00DE50F8">
        <w:rPr>
          <w:lang w:val="fr-FR"/>
        </w:rPr>
        <w:t>secțiunea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DiDi</w:t>
      </w:r>
      <w:proofErr w:type="spellEnd"/>
      <w:r w:rsidRPr="00DE50F8">
        <w:rPr>
          <w:lang w:val="fr-FR"/>
        </w:rPr>
        <w:t xml:space="preserve"> Marketing (pagina </w:t>
      </w:r>
      <w:proofErr w:type="gramStart"/>
      <w:r w:rsidRPr="00DE50F8">
        <w:rPr>
          <w:lang w:val="fr-FR"/>
        </w:rPr>
        <w:t>de origine</w:t>
      </w:r>
      <w:proofErr w:type="gramEnd"/>
      <w:r w:rsidRPr="00DE50F8">
        <w:rPr>
          <w:lang w:val="fr-FR"/>
        </w:rPr>
        <w:t>, UTM-</w:t>
      </w:r>
      <w:proofErr w:type="spellStart"/>
      <w:r w:rsidRPr="00DE50F8">
        <w:rPr>
          <w:lang w:val="fr-FR"/>
        </w:rPr>
        <w:t>uri</w:t>
      </w:r>
      <w:proofErr w:type="spellEnd"/>
      <w:r w:rsidRPr="00DE50F8">
        <w:rPr>
          <w:lang w:val="fr-FR"/>
        </w:rPr>
        <w:t>).</w:t>
      </w:r>
    </w:p>
    <w:p w14:paraId="3B755DCF" w14:textId="77777777" w:rsidR="00153451" w:rsidRPr="00DE50F8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Schimbă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statusul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din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eticheta</w:t>
      </w:r>
      <w:proofErr w:type="spellEnd"/>
      <w:r w:rsidRPr="00DE50F8">
        <w:rPr>
          <w:lang w:val="fr-FR"/>
        </w:rPr>
        <w:t xml:space="preserve"> de </w:t>
      </w:r>
      <w:proofErr w:type="spellStart"/>
      <w:r w:rsidRPr="00DE50F8">
        <w:rPr>
          <w:lang w:val="fr-FR"/>
        </w:rPr>
        <w:t>sub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titlu</w:t>
      </w:r>
      <w:proofErr w:type="spellEnd"/>
      <w:r w:rsidRPr="00DE50F8">
        <w:rPr>
          <w:lang w:val="fr-FR"/>
        </w:rPr>
        <w:t xml:space="preserve"> (Lead → </w:t>
      </w:r>
      <w:proofErr w:type="spellStart"/>
      <w:r w:rsidRPr="00DE50F8">
        <w:rPr>
          <w:lang w:val="fr-FR"/>
        </w:rPr>
        <w:t>Interested</w:t>
      </w:r>
      <w:proofErr w:type="spellEnd"/>
      <w:r w:rsidRPr="00DE50F8">
        <w:rPr>
          <w:lang w:val="fr-FR"/>
        </w:rPr>
        <w:t xml:space="preserve"> → Opportunity...) </w:t>
      </w:r>
      <w:proofErr w:type="spellStart"/>
      <w:r w:rsidRPr="00DE50F8">
        <w:rPr>
          <w:lang w:val="fr-FR"/>
        </w:rPr>
        <w:t>și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salvează</w:t>
      </w:r>
      <w:proofErr w:type="spellEnd"/>
      <w:r w:rsidRPr="00DE50F8">
        <w:rPr>
          <w:lang w:val="fr-FR"/>
        </w:rPr>
        <w:t xml:space="preserve"> — pipeline-</w:t>
      </w:r>
      <w:proofErr w:type="spellStart"/>
      <w:r w:rsidRPr="00DE50F8">
        <w:rPr>
          <w:lang w:val="fr-FR"/>
        </w:rPr>
        <w:t>ul</w:t>
      </w:r>
      <w:proofErr w:type="spellEnd"/>
      <w:r w:rsidRPr="00DE50F8">
        <w:rPr>
          <w:lang w:val="fr-FR"/>
        </w:rPr>
        <w:t xml:space="preserve"> de </w:t>
      </w:r>
      <w:proofErr w:type="spellStart"/>
      <w:r w:rsidRPr="00DE50F8">
        <w:rPr>
          <w:lang w:val="fr-FR"/>
        </w:rPr>
        <w:t>vânzări</w:t>
      </w:r>
      <w:proofErr w:type="spellEnd"/>
      <w:r w:rsidRPr="00DE50F8">
        <w:rPr>
          <w:lang w:val="fr-FR"/>
        </w:rPr>
        <w:t>.</w:t>
      </w:r>
    </w:p>
    <w:p w14:paraId="209CB0A8" w14:textId="77777777" w:rsidR="00153451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Arată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filtrarea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listei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după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status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și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după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sursă</w:t>
      </w:r>
      <w:proofErr w:type="spellEnd"/>
      <w:r w:rsidRPr="00DE50F8">
        <w:rPr>
          <w:lang w:val="fr-FR"/>
        </w:rPr>
        <w:t>.</w:t>
      </w:r>
    </w:p>
    <w:p w14:paraId="2F19B060" w14:textId="77777777" w:rsidR="00B41BA0" w:rsidRDefault="00B41BA0" w:rsidP="00B41BA0">
      <w:pPr>
        <w:pStyle w:val="ListNumber"/>
        <w:numPr>
          <w:ilvl w:val="0"/>
          <w:numId w:val="0"/>
        </w:numPr>
        <w:ind w:left="360" w:hanging="360"/>
        <w:rPr>
          <w:lang w:val="fr-FR"/>
        </w:rPr>
      </w:pPr>
    </w:p>
    <w:p w14:paraId="3C9DED5E" w14:textId="77777777" w:rsidR="00B41BA0" w:rsidRDefault="00B41BA0" w:rsidP="00B41BA0">
      <w:pPr>
        <w:pStyle w:val="ListNumber"/>
        <w:numPr>
          <w:ilvl w:val="0"/>
          <w:numId w:val="0"/>
        </w:numPr>
        <w:ind w:left="360" w:hanging="360"/>
        <w:rPr>
          <w:lang w:val="fr-FR"/>
        </w:rPr>
      </w:pPr>
    </w:p>
    <w:p w14:paraId="73B602E0" w14:textId="77777777" w:rsidR="00B41BA0" w:rsidRDefault="00B41BA0" w:rsidP="00B41BA0">
      <w:pPr>
        <w:pStyle w:val="ListNumber"/>
        <w:numPr>
          <w:ilvl w:val="0"/>
          <w:numId w:val="0"/>
        </w:numPr>
        <w:ind w:left="360" w:hanging="360"/>
        <w:rPr>
          <w:lang w:val="fr-FR"/>
        </w:rPr>
      </w:pPr>
    </w:p>
    <w:p w14:paraId="1BDE3F8D" w14:textId="77777777" w:rsidR="00B41BA0" w:rsidRDefault="00B41BA0" w:rsidP="00B41BA0">
      <w:pPr>
        <w:pStyle w:val="ListNumber"/>
        <w:numPr>
          <w:ilvl w:val="0"/>
          <w:numId w:val="0"/>
        </w:numPr>
        <w:ind w:left="360" w:hanging="360"/>
        <w:rPr>
          <w:lang w:val="fr-FR"/>
        </w:rPr>
      </w:pPr>
    </w:p>
    <w:p w14:paraId="70CF196A" w14:textId="77777777" w:rsidR="00B25EF1" w:rsidRPr="00DE50F8" w:rsidRDefault="00B25EF1" w:rsidP="00B41BA0">
      <w:pPr>
        <w:pStyle w:val="ListNumber"/>
        <w:numPr>
          <w:ilvl w:val="0"/>
          <w:numId w:val="0"/>
        </w:numPr>
        <w:ind w:left="360" w:hanging="360"/>
        <w:rPr>
          <w:lang w:val="fr-FR"/>
        </w:rPr>
      </w:pPr>
    </w:p>
    <w:p w14:paraId="3631EA6F" w14:textId="77777777" w:rsidR="00153451" w:rsidRPr="00DE50F8" w:rsidRDefault="00000000">
      <w:pPr>
        <w:pStyle w:val="Heading1"/>
        <w:rPr>
          <w:lang w:val="fr-FR"/>
        </w:rPr>
      </w:pPr>
      <w:proofErr w:type="spellStart"/>
      <w:r w:rsidRPr="00DE50F8">
        <w:rPr>
          <w:lang w:val="fr-FR"/>
        </w:rPr>
        <w:lastRenderedPageBreak/>
        <w:t>Capitolul</w:t>
      </w:r>
      <w:proofErr w:type="spellEnd"/>
      <w:r w:rsidRPr="00DE50F8">
        <w:rPr>
          <w:lang w:val="fr-FR"/>
        </w:rPr>
        <w:t xml:space="preserve"> 7 — </w:t>
      </w:r>
      <w:proofErr w:type="spellStart"/>
      <w:r w:rsidRPr="00DE50F8">
        <w:rPr>
          <w:lang w:val="fr-FR"/>
        </w:rPr>
        <w:t>Acorduri</w:t>
      </w:r>
      <w:proofErr w:type="spellEnd"/>
      <w:r w:rsidRPr="00DE50F8">
        <w:rPr>
          <w:lang w:val="fr-FR"/>
        </w:rPr>
        <w:t xml:space="preserve"> de </w:t>
      </w:r>
      <w:proofErr w:type="spellStart"/>
      <w:r w:rsidRPr="00DE50F8">
        <w:rPr>
          <w:lang w:val="fr-FR"/>
        </w:rPr>
        <w:t>servicii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și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auditul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plăților</w:t>
      </w:r>
      <w:proofErr w:type="spellEnd"/>
    </w:p>
    <w:p w14:paraId="33FB7027" w14:textId="77777777" w:rsidR="00153451" w:rsidRDefault="00000000">
      <w:r>
        <w:rPr>
          <w:i/>
          <w:color w:val="666666"/>
          <w:sz w:val="18"/>
        </w:rPr>
        <w:t xml:space="preserve">⏱ </w:t>
      </w:r>
      <w:proofErr w:type="spellStart"/>
      <w:r>
        <w:rPr>
          <w:i/>
          <w:color w:val="666666"/>
          <w:sz w:val="18"/>
        </w:rPr>
        <w:t>durată</w:t>
      </w:r>
      <w:proofErr w:type="spellEnd"/>
      <w:r>
        <w:rPr>
          <w:i/>
          <w:color w:val="666666"/>
          <w:sz w:val="18"/>
        </w:rPr>
        <w:t xml:space="preserve"> </w:t>
      </w:r>
      <w:proofErr w:type="spellStart"/>
      <w:r>
        <w:rPr>
          <w:i/>
          <w:color w:val="666666"/>
          <w:sz w:val="18"/>
        </w:rPr>
        <w:t>orientativă</w:t>
      </w:r>
      <w:proofErr w:type="spellEnd"/>
      <w:r>
        <w:rPr>
          <w:i/>
          <w:color w:val="666666"/>
          <w:sz w:val="18"/>
        </w:rPr>
        <w:t>: 15 min</w:t>
      </w:r>
    </w:p>
    <w:p w14:paraId="500A5B1D" w14:textId="77777777" w:rsidR="00153451" w:rsidRDefault="00000000">
      <w:pPr>
        <w:pStyle w:val="ListNumber"/>
      </w:pPr>
      <w:r>
        <w:t>Ctrl+G → «Service Agreement» → deschide un acord: client, serviciu, status Acceptat, data/ora acceptării, versiunea termenilor (2026-v1), factura asociată — generat automat la fiecare achiziție.</w:t>
      </w:r>
    </w:p>
    <w:p w14:paraId="3856444C" w14:textId="77777777" w:rsidR="00153451" w:rsidRDefault="00000000">
      <w:pPr>
        <w:pStyle w:val="ListNumber"/>
      </w:pPr>
      <w:r>
        <w:t>Ctrl+G → «Payment Log» → jurnalul evenimentelor Stripe: fiecare tranzacție cu status, sumă, identificatori — pista de audit a plăților.</w:t>
      </w:r>
    </w:p>
    <w:p w14:paraId="6086EC80" w14:textId="77777777" w:rsidR="00153451" w:rsidRDefault="00000000">
      <w:pPr>
        <w:pStyle w:val="Heading1"/>
      </w:pPr>
      <w:r>
        <w:t>Capitolul 8 — Conținutul website-ului (CMS)</w:t>
      </w:r>
    </w:p>
    <w:p w14:paraId="332BE2FC" w14:textId="77777777" w:rsidR="00153451" w:rsidRDefault="00000000">
      <w:r>
        <w:rPr>
          <w:i/>
          <w:color w:val="666666"/>
          <w:sz w:val="18"/>
        </w:rPr>
        <w:t>⏱ durată orientativă: 15 min</w:t>
      </w:r>
    </w:p>
    <w:p w14:paraId="35AFBA62" w14:textId="77777777" w:rsidR="00153451" w:rsidRDefault="00000000">
      <w:pPr>
        <w:pStyle w:val="ListNumber"/>
      </w:pPr>
      <w:r>
        <w:t>Workspace «Website CMS» (sau Ctrl+G → «Website Content») → lista blocurilor de conținut ale site-ului.</w:t>
      </w:r>
    </w:p>
    <w:p w14:paraId="318E1D77" w14:textId="77777777" w:rsidR="00153451" w:rsidRPr="00DE50F8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Deschide</w:t>
      </w:r>
      <w:proofErr w:type="spellEnd"/>
      <w:r w:rsidRPr="00DE50F8">
        <w:rPr>
          <w:lang w:val="fr-FR"/>
        </w:rPr>
        <w:t xml:space="preserve"> un bloc de </w:t>
      </w:r>
      <w:proofErr w:type="spellStart"/>
      <w:r w:rsidRPr="00DE50F8">
        <w:rPr>
          <w:lang w:val="fr-FR"/>
        </w:rPr>
        <w:t>pe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homepage</w:t>
      </w:r>
      <w:proofErr w:type="spellEnd"/>
      <w:r w:rsidRPr="00DE50F8">
        <w:rPr>
          <w:lang w:val="fr-FR"/>
        </w:rPr>
        <w:t xml:space="preserve">, </w:t>
      </w:r>
      <w:proofErr w:type="spellStart"/>
      <w:r w:rsidRPr="00DE50F8">
        <w:rPr>
          <w:lang w:val="fr-FR"/>
        </w:rPr>
        <w:t>modifică</w:t>
      </w:r>
      <w:proofErr w:type="spellEnd"/>
      <w:r w:rsidRPr="00DE50F8">
        <w:rPr>
          <w:lang w:val="fr-FR"/>
        </w:rPr>
        <w:t xml:space="preserve"> un </w:t>
      </w:r>
      <w:proofErr w:type="spellStart"/>
      <w:r w:rsidRPr="00DE50F8">
        <w:rPr>
          <w:lang w:val="fr-FR"/>
        </w:rPr>
        <w:t>text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scurt</w:t>
      </w:r>
      <w:proofErr w:type="spellEnd"/>
      <w:r w:rsidRPr="00DE50F8">
        <w:rPr>
          <w:lang w:val="fr-FR"/>
        </w:rPr>
        <w:t xml:space="preserve">, </w:t>
      </w:r>
      <w:proofErr w:type="spellStart"/>
      <w:r w:rsidRPr="00DE50F8">
        <w:rPr>
          <w:lang w:val="fr-FR"/>
        </w:rPr>
        <w:t>salvează</w:t>
      </w:r>
      <w:proofErr w:type="spellEnd"/>
      <w:r w:rsidRPr="00DE50F8">
        <w:rPr>
          <w:lang w:val="fr-FR"/>
        </w:rPr>
        <w:t>.</w:t>
      </w:r>
    </w:p>
    <w:p w14:paraId="340D2C3B" w14:textId="73173DC2" w:rsidR="00153451" w:rsidRPr="00DE50F8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Reîmprospătează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homepage-ul</w:t>
      </w:r>
      <w:proofErr w:type="spellEnd"/>
      <w:r w:rsidRPr="00DE50F8">
        <w:rPr>
          <w:lang w:val="fr-FR"/>
        </w:rPr>
        <w:t xml:space="preserve"> site-</w:t>
      </w:r>
      <w:proofErr w:type="spellStart"/>
      <w:r w:rsidRPr="00DE50F8">
        <w:rPr>
          <w:lang w:val="fr-FR"/>
        </w:rPr>
        <w:t>ului</w:t>
      </w:r>
      <w:proofErr w:type="spellEnd"/>
      <w:r w:rsidRPr="00DE50F8">
        <w:rPr>
          <w:lang w:val="fr-FR"/>
        </w:rPr>
        <w:t xml:space="preserve"> — </w:t>
      </w:r>
      <w:proofErr w:type="spellStart"/>
      <w:r w:rsidRPr="00DE50F8">
        <w:rPr>
          <w:lang w:val="fr-FR"/>
        </w:rPr>
        <w:t>textul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nou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apare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imediat</w:t>
      </w:r>
      <w:proofErr w:type="spellEnd"/>
      <w:r w:rsidRPr="00DE50F8">
        <w:rPr>
          <w:lang w:val="fr-FR"/>
        </w:rPr>
        <w:t xml:space="preserve">, </w:t>
      </w:r>
      <w:proofErr w:type="spellStart"/>
      <w:r w:rsidRPr="00DE50F8">
        <w:rPr>
          <w:lang w:val="fr-FR"/>
        </w:rPr>
        <w:t>fără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intervenție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tehnică</w:t>
      </w:r>
      <w:proofErr w:type="spellEnd"/>
      <w:r w:rsidRPr="00DE50F8">
        <w:rPr>
          <w:lang w:val="fr-FR"/>
        </w:rPr>
        <w:t>.</w:t>
      </w:r>
    </w:p>
    <w:p w14:paraId="7866B0A4" w14:textId="77777777" w:rsidR="00153451" w:rsidRPr="00DE50F8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Readu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textul</w:t>
      </w:r>
      <w:proofErr w:type="spellEnd"/>
      <w:r w:rsidRPr="00DE50F8">
        <w:rPr>
          <w:lang w:val="fr-FR"/>
        </w:rPr>
        <w:t xml:space="preserve"> la forma </w:t>
      </w:r>
      <w:proofErr w:type="spellStart"/>
      <w:r w:rsidRPr="00DE50F8">
        <w:rPr>
          <w:lang w:val="fr-FR"/>
        </w:rPr>
        <w:t>inițială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și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salvează</w:t>
      </w:r>
      <w:proofErr w:type="spellEnd"/>
      <w:r w:rsidRPr="00DE50F8">
        <w:rPr>
          <w:lang w:val="fr-FR"/>
        </w:rPr>
        <w:t>.</w:t>
      </w:r>
    </w:p>
    <w:p w14:paraId="16938249" w14:textId="77777777" w:rsidR="00153451" w:rsidRPr="00DE50F8" w:rsidRDefault="00000000">
      <w:pPr>
        <w:rPr>
          <w:lang w:val="fr-FR"/>
        </w:rPr>
      </w:pPr>
      <w:r>
        <w:rPr>
          <w:i/>
          <w:color w:val="1B7A43"/>
        </w:rPr>
        <w:t>👁</w:t>
      </w:r>
      <w:r w:rsidRPr="00DE50F8">
        <w:rPr>
          <w:i/>
          <w:color w:val="1B7A43"/>
          <w:lang w:val="fr-FR"/>
        </w:rPr>
        <w:t xml:space="preserve"> Ce </w:t>
      </w:r>
      <w:proofErr w:type="spellStart"/>
      <w:r w:rsidRPr="00DE50F8">
        <w:rPr>
          <w:i/>
          <w:color w:val="1B7A43"/>
          <w:lang w:val="fr-FR"/>
        </w:rPr>
        <w:t>trebuie</w:t>
      </w:r>
      <w:proofErr w:type="spellEnd"/>
      <w:r w:rsidRPr="00DE50F8">
        <w:rPr>
          <w:i/>
          <w:color w:val="1B7A43"/>
          <w:lang w:val="fr-FR"/>
        </w:rPr>
        <w:t xml:space="preserve"> </w:t>
      </w:r>
      <w:proofErr w:type="spellStart"/>
      <w:r w:rsidRPr="00DE50F8">
        <w:rPr>
          <w:i/>
          <w:color w:val="1B7A43"/>
          <w:lang w:val="fr-FR"/>
        </w:rPr>
        <w:t>să</w:t>
      </w:r>
      <w:proofErr w:type="spellEnd"/>
      <w:r w:rsidRPr="00DE50F8">
        <w:rPr>
          <w:i/>
          <w:color w:val="1B7A43"/>
          <w:lang w:val="fr-FR"/>
        </w:rPr>
        <w:t xml:space="preserve"> se </w:t>
      </w:r>
      <w:proofErr w:type="spellStart"/>
      <w:r w:rsidRPr="00DE50F8">
        <w:rPr>
          <w:i/>
          <w:color w:val="1B7A43"/>
          <w:lang w:val="fr-FR"/>
        </w:rPr>
        <w:t>vadă</w:t>
      </w:r>
      <w:proofErr w:type="spellEnd"/>
      <w:r w:rsidRPr="00DE50F8">
        <w:rPr>
          <w:i/>
          <w:color w:val="1B7A43"/>
          <w:lang w:val="fr-FR"/>
        </w:rPr>
        <w:t xml:space="preserve">: </w:t>
      </w:r>
      <w:proofErr w:type="spellStart"/>
      <w:r w:rsidRPr="00DE50F8">
        <w:rPr>
          <w:i/>
          <w:color w:val="1B7A43"/>
          <w:lang w:val="fr-FR"/>
        </w:rPr>
        <w:t>echipa</w:t>
      </w:r>
      <w:proofErr w:type="spellEnd"/>
      <w:r w:rsidRPr="00DE50F8">
        <w:rPr>
          <w:i/>
          <w:color w:val="1B7A43"/>
          <w:lang w:val="fr-FR"/>
        </w:rPr>
        <w:t xml:space="preserve"> </w:t>
      </w:r>
      <w:proofErr w:type="spellStart"/>
      <w:r w:rsidRPr="00DE50F8">
        <w:rPr>
          <w:i/>
          <w:color w:val="1B7A43"/>
          <w:lang w:val="fr-FR"/>
        </w:rPr>
        <w:t>Beneficiarului</w:t>
      </w:r>
      <w:proofErr w:type="spellEnd"/>
      <w:r w:rsidRPr="00DE50F8">
        <w:rPr>
          <w:i/>
          <w:color w:val="1B7A43"/>
          <w:lang w:val="fr-FR"/>
        </w:rPr>
        <w:t xml:space="preserve"> </w:t>
      </w:r>
      <w:proofErr w:type="spellStart"/>
      <w:r w:rsidRPr="00DE50F8">
        <w:rPr>
          <w:i/>
          <w:color w:val="1B7A43"/>
          <w:lang w:val="fr-FR"/>
        </w:rPr>
        <w:t>poate</w:t>
      </w:r>
      <w:proofErr w:type="spellEnd"/>
      <w:r w:rsidRPr="00DE50F8">
        <w:rPr>
          <w:i/>
          <w:color w:val="1B7A43"/>
          <w:lang w:val="fr-FR"/>
        </w:rPr>
        <w:t xml:space="preserve"> </w:t>
      </w:r>
      <w:proofErr w:type="spellStart"/>
      <w:r w:rsidRPr="00DE50F8">
        <w:rPr>
          <w:i/>
          <w:color w:val="1B7A43"/>
          <w:lang w:val="fr-FR"/>
        </w:rPr>
        <w:t>actualiza</w:t>
      </w:r>
      <w:proofErr w:type="spellEnd"/>
      <w:r w:rsidRPr="00DE50F8">
        <w:rPr>
          <w:i/>
          <w:color w:val="1B7A43"/>
          <w:lang w:val="fr-FR"/>
        </w:rPr>
        <w:t xml:space="preserve"> </w:t>
      </w:r>
      <w:proofErr w:type="spellStart"/>
      <w:r w:rsidRPr="00DE50F8">
        <w:rPr>
          <w:i/>
          <w:color w:val="1B7A43"/>
          <w:lang w:val="fr-FR"/>
        </w:rPr>
        <w:t>conținutul</w:t>
      </w:r>
      <w:proofErr w:type="spellEnd"/>
      <w:r w:rsidRPr="00DE50F8">
        <w:rPr>
          <w:i/>
          <w:color w:val="1B7A43"/>
          <w:lang w:val="fr-FR"/>
        </w:rPr>
        <w:t xml:space="preserve"> site-</w:t>
      </w:r>
      <w:proofErr w:type="spellStart"/>
      <w:r w:rsidRPr="00DE50F8">
        <w:rPr>
          <w:i/>
          <w:color w:val="1B7A43"/>
          <w:lang w:val="fr-FR"/>
        </w:rPr>
        <w:t>ului</w:t>
      </w:r>
      <w:proofErr w:type="spellEnd"/>
      <w:r w:rsidRPr="00DE50F8">
        <w:rPr>
          <w:i/>
          <w:color w:val="1B7A43"/>
          <w:lang w:val="fr-FR"/>
        </w:rPr>
        <w:t xml:space="preserve"> direct </w:t>
      </w:r>
      <w:proofErr w:type="spellStart"/>
      <w:r w:rsidRPr="00DE50F8">
        <w:rPr>
          <w:i/>
          <w:color w:val="1B7A43"/>
          <w:lang w:val="fr-FR"/>
        </w:rPr>
        <w:t>din</w:t>
      </w:r>
      <w:proofErr w:type="spellEnd"/>
      <w:r w:rsidRPr="00DE50F8">
        <w:rPr>
          <w:i/>
          <w:color w:val="1B7A43"/>
          <w:lang w:val="fr-FR"/>
        </w:rPr>
        <w:t xml:space="preserve"> ERP, </w:t>
      </w:r>
      <w:proofErr w:type="spellStart"/>
      <w:r w:rsidRPr="00DE50F8">
        <w:rPr>
          <w:i/>
          <w:color w:val="1B7A43"/>
          <w:lang w:val="fr-FR"/>
        </w:rPr>
        <w:t>fără</w:t>
      </w:r>
      <w:proofErr w:type="spellEnd"/>
      <w:r w:rsidRPr="00DE50F8">
        <w:rPr>
          <w:i/>
          <w:color w:val="1B7A43"/>
          <w:lang w:val="fr-FR"/>
        </w:rPr>
        <w:t xml:space="preserve"> </w:t>
      </w:r>
      <w:proofErr w:type="spellStart"/>
      <w:r w:rsidRPr="00DE50F8">
        <w:rPr>
          <w:i/>
          <w:color w:val="1B7A43"/>
          <w:lang w:val="fr-FR"/>
        </w:rPr>
        <w:t>dezvoltator</w:t>
      </w:r>
      <w:proofErr w:type="spellEnd"/>
      <w:r w:rsidRPr="00DE50F8">
        <w:rPr>
          <w:i/>
          <w:color w:val="1B7A43"/>
          <w:lang w:val="fr-FR"/>
        </w:rPr>
        <w:t>.</w:t>
      </w:r>
    </w:p>
    <w:p w14:paraId="33F9E3FE" w14:textId="77777777" w:rsidR="00153451" w:rsidRDefault="00000000">
      <w:pPr>
        <w:pStyle w:val="Heading1"/>
      </w:pPr>
      <w:proofErr w:type="spellStart"/>
      <w:r>
        <w:t>Capitolul</w:t>
      </w:r>
      <w:proofErr w:type="spellEnd"/>
      <w:r>
        <w:t xml:space="preserve"> 9 — </w:t>
      </w:r>
      <w:proofErr w:type="spellStart"/>
      <w:r>
        <w:t>Emailul</w:t>
      </w:r>
      <w:proofErr w:type="spellEnd"/>
      <w:r>
        <w:t xml:space="preserve"> </w:t>
      </w:r>
      <w:proofErr w:type="spellStart"/>
      <w:r>
        <w:t>tranzacțional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operarea</w:t>
      </w:r>
      <w:proofErr w:type="spellEnd"/>
      <w:r>
        <w:t xml:space="preserve"> de zi cu zi</w:t>
      </w:r>
    </w:p>
    <w:p w14:paraId="14AC46F7" w14:textId="77777777" w:rsidR="00153451" w:rsidRDefault="00000000">
      <w:r>
        <w:rPr>
          <w:i/>
          <w:color w:val="666666"/>
          <w:sz w:val="18"/>
        </w:rPr>
        <w:t>⏱ durată orientativă: 15 min</w:t>
      </w:r>
    </w:p>
    <w:p w14:paraId="302B3458" w14:textId="77777777" w:rsidR="00153451" w:rsidRDefault="00000000">
      <w:pPr>
        <w:pStyle w:val="ListNumber"/>
      </w:pPr>
      <w:r>
        <w:t>Ctrl+G → «Email Account» → «DiDi Outgoing»: configurarea SMTP (în test: server local Mailpit; în producție se înlocuiesc serverul și cheia cu SendGrid — doar configurare, fără cod).</w:t>
      </w:r>
    </w:p>
    <w:p w14:paraId="0483D9CE" w14:textId="5DA923C6" w:rsidR="00153451" w:rsidRPr="00DE50F8" w:rsidRDefault="00000000">
      <w:pPr>
        <w:pStyle w:val="ListNumber"/>
        <w:rPr>
          <w:lang w:val="fr-FR"/>
        </w:rPr>
      </w:pPr>
      <w:proofErr w:type="spellStart"/>
      <w:r w:rsidRPr="00DE50F8">
        <w:rPr>
          <w:lang w:val="fr-FR"/>
        </w:rPr>
        <w:t>Deschide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inbox-ul</w:t>
      </w:r>
      <w:proofErr w:type="spellEnd"/>
      <w:r w:rsidRPr="00DE50F8">
        <w:rPr>
          <w:lang w:val="fr-FR"/>
        </w:rPr>
        <w:t xml:space="preserve"> de test </w:t>
      </w:r>
      <w:proofErr w:type="spellStart"/>
      <w:r w:rsidRPr="00DE50F8">
        <w:rPr>
          <w:lang w:val="fr-FR"/>
        </w:rPr>
        <w:t>cu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emailurile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trimise</w:t>
      </w:r>
      <w:proofErr w:type="spellEnd"/>
      <w:r w:rsidRPr="00DE50F8">
        <w:rPr>
          <w:lang w:val="fr-FR"/>
        </w:rPr>
        <w:t xml:space="preserve"> de </w:t>
      </w:r>
      <w:proofErr w:type="spellStart"/>
      <w:proofErr w:type="gramStart"/>
      <w:r w:rsidRPr="00DE50F8">
        <w:rPr>
          <w:lang w:val="fr-FR"/>
        </w:rPr>
        <w:t>platformă</w:t>
      </w:r>
      <w:proofErr w:type="spellEnd"/>
      <w:r w:rsidRPr="00DE50F8">
        <w:rPr>
          <w:lang w:val="fr-FR"/>
        </w:rPr>
        <w:t>:</w:t>
      </w:r>
      <w:proofErr w:type="gram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confirmări</w:t>
      </w:r>
      <w:proofErr w:type="spellEnd"/>
      <w:r w:rsidRPr="00DE50F8">
        <w:rPr>
          <w:lang w:val="fr-FR"/>
        </w:rPr>
        <w:t xml:space="preserve"> de </w:t>
      </w:r>
      <w:proofErr w:type="spellStart"/>
      <w:r w:rsidRPr="00DE50F8">
        <w:rPr>
          <w:lang w:val="fr-FR"/>
        </w:rPr>
        <w:t>plată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cu</w:t>
      </w:r>
      <w:proofErr w:type="spellEnd"/>
      <w:r w:rsidRPr="00DE50F8">
        <w:rPr>
          <w:lang w:val="fr-FR"/>
        </w:rPr>
        <w:t xml:space="preserve"> factura PDF, </w:t>
      </w:r>
      <w:proofErr w:type="spellStart"/>
      <w:r w:rsidRPr="00DE50F8">
        <w:rPr>
          <w:lang w:val="fr-FR"/>
        </w:rPr>
        <w:t>notificare</w:t>
      </w:r>
      <w:proofErr w:type="spellEnd"/>
      <w:r w:rsidRPr="00DE50F8">
        <w:rPr>
          <w:lang w:val="fr-FR"/>
        </w:rPr>
        <w:t xml:space="preserve"> de </w:t>
      </w:r>
      <w:proofErr w:type="spellStart"/>
      <w:r w:rsidRPr="00DE50F8">
        <w:rPr>
          <w:lang w:val="fr-FR"/>
        </w:rPr>
        <w:t>plată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eșuată</w:t>
      </w:r>
      <w:proofErr w:type="spellEnd"/>
      <w:r w:rsidRPr="00DE50F8">
        <w:rPr>
          <w:lang w:val="fr-FR"/>
        </w:rPr>
        <w:t xml:space="preserve">, </w:t>
      </w:r>
      <w:proofErr w:type="spellStart"/>
      <w:r w:rsidRPr="00DE50F8">
        <w:rPr>
          <w:lang w:val="fr-FR"/>
        </w:rPr>
        <w:t>reminder</w:t>
      </w:r>
      <w:proofErr w:type="spellEnd"/>
      <w:r w:rsidRPr="00DE50F8">
        <w:rPr>
          <w:lang w:val="fr-FR"/>
        </w:rPr>
        <w:t xml:space="preserve"> de </w:t>
      </w:r>
      <w:proofErr w:type="spellStart"/>
      <w:r w:rsidRPr="00DE50F8">
        <w:rPr>
          <w:lang w:val="fr-FR"/>
        </w:rPr>
        <w:t>expirare</w:t>
      </w:r>
      <w:proofErr w:type="spellEnd"/>
      <w:r w:rsidRPr="00DE50F8">
        <w:rPr>
          <w:lang w:val="fr-FR"/>
        </w:rPr>
        <w:t xml:space="preserve"> </w:t>
      </w:r>
      <w:proofErr w:type="spellStart"/>
      <w:r w:rsidRPr="00DE50F8">
        <w:rPr>
          <w:lang w:val="fr-FR"/>
        </w:rPr>
        <w:t>abonament</w:t>
      </w:r>
      <w:proofErr w:type="spellEnd"/>
      <w:r w:rsidRPr="00DE50F8">
        <w:rPr>
          <w:lang w:val="fr-FR"/>
        </w:rPr>
        <w:t>.</w:t>
      </w:r>
    </w:p>
    <w:p w14:paraId="51477266" w14:textId="65CBCEA3" w:rsidR="00153451" w:rsidRPr="00B41BA0" w:rsidRDefault="00B41BA0">
      <w:pPr>
        <w:pStyle w:val="ListNumber"/>
        <w:rPr>
          <w:lang w:val="fr-FR"/>
        </w:rPr>
      </w:pPr>
      <w:r w:rsidRPr="00B41BA0">
        <w:rPr>
          <w:lang w:val="fr-FR"/>
        </w:rPr>
        <w:t xml:space="preserve">Se vor </w:t>
      </w:r>
      <w:proofErr w:type="spellStart"/>
      <w:r w:rsidRPr="00B41BA0">
        <w:rPr>
          <w:lang w:val="fr-FR"/>
        </w:rPr>
        <w:t>putea</w:t>
      </w:r>
      <w:proofErr w:type="spellEnd"/>
      <w:r w:rsidRPr="00B41BA0">
        <w:rPr>
          <w:lang w:val="fr-FR"/>
        </w:rPr>
        <w:t xml:space="preserve"> </w:t>
      </w:r>
      <w:proofErr w:type="spellStart"/>
      <w:r w:rsidRPr="00B41BA0">
        <w:rPr>
          <w:lang w:val="fr-FR"/>
        </w:rPr>
        <w:t>c</w:t>
      </w:r>
      <w:r>
        <w:rPr>
          <w:lang w:val="fr-FR"/>
        </w:rPr>
        <w:t>onsula</w:t>
      </w:r>
      <w:proofErr w:type="spellEnd"/>
      <w:r>
        <w:rPr>
          <w:lang w:val="fr-FR"/>
        </w:rPr>
        <w:t xml:space="preserve"> </w:t>
      </w:r>
      <w:proofErr w:type="spellStart"/>
      <w:r w:rsidRPr="00B41BA0">
        <w:rPr>
          <w:lang w:val="fr-FR"/>
        </w:rPr>
        <w:t>ghidurile</w:t>
      </w:r>
      <w:proofErr w:type="spellEnd"/>
      <w:r w:rsidRPr="00B41BA0">
        <w:rPr>
          <w:lang w:val="fr-FR"/>
        </w:rPr>
        <w:t xml:space="preserve"> de </w:t>
      </w:r>
      <w:proofErr w:type="spellStart"/>
      <w:r w:rsidRPr="00B41BA0">
        <w:rPr>
          <w:lang w:val="fr-FR"/>
        </w:rPr>
        <w:t>operare</w:t>
      </w:r>
      <w:proofErr w:type="spellEnd"/>
      <w:r w:rsidRPr="00B41BA0">
        <w:rPr>
          <w:lang w:val="fr-FR"/>
        </w:rPr>
        <w:t xml:space="preserve"> </w:t>
      </w:r>
      <w:proofErr w:type="spellStart"/>
      <w:r w:rsidRPr="00B41BA0">
        <w:rPr>
          <w:lang w:val="fr-FR"/>
        </w:rPr>
        <w:t>livrate</w:t>
      </w:r>
      <w:proofErr w:type="spellEnd"/>
      <w:r w:rsidRPr="00B41BA0">
        <w:rPr>
          <w:lang w:val="fr-FR"/>
        </w:rPr>
        <w:t xml:space="preserve"> </w:t>
      </w:r>
      <w:proofErr w:type="spellStart"/>
      <w:r w:rsidRPr="00B41BA0">
        <w:rPr>
          <w:lang w:val="fr-FR"/>
        </w:rPr>
        <w:t>cu</w:t>
      </w:r>
      <w:proofErr w:type="spellEnd"/>
      <w:r w:rsidRPr="00B41BA0">
        <w:rPr>
          <w:lang w:val="fr-FR"/>
        </w:rPr>
        <w:t xml:space="preserve"> </w:t>
      </w:r>
      <w:proofErr w:type="spellStart"/>
      <w:proofErr w:type="gramStart"/>
      <w:r w:rsidRPr="00B41BA0">
        <w:rPr>
          <w:lang w:val="fr-FR"/>
        </w:rPr>
        <w:t>proiectul</w:t>
      </w:r>
      <w:proofErr w:type="spellEnd"/>
      <w:r w:rsidRPr="00B41BA0">
        <w:rPr>
          <w:lang w:val="fr-FR"/>
        </w:rPr>
        <w:t>:</w:t>
      </w:r>
      <w:proofErr w:type="gramEnd"/>
      <w:r w:rsidRPr="00B41BA0">
        <w:rPr>
          <w:lang w:val="fr-FR"/>
        </w:rPr>
        <w:t xml:space="preserve"> INSTALL.md / CONFIGURATION.md / OPERATIONS.md (</w:t>
      </w:r>
      <w:proofErr w:type="spellStart"/>
      <w:r w:rsidRPr="00B41BA0">
        <w:rPr>
          <w:lang w:val="fr-FR"/>
        </w:rPr>
        <w:t>pornire</w:t>
      </w:r>
      <w:proofErr w:type="spellEnd"/>
      <w:r w:rsidRPr="00B41BA0">
        <w:rPr>
          <w:lang w:val="fr-FR"/>
        </w:rPr>
        <w:t xml:space="preserve">, backup </w:t>
      </w:r>
      <w:proofErr w:type="spellStart"/>
      <w:r w:rsidRPr="00B41BA0">
        <w:rPr>
          <w:lang w:val="fr-FR"/>
        </w:rPr>
        <w:t>zilnic</w:t>
      </w:r>
      <w:proofErr w:type="spellEnd"/>
      <w:r w:rsidRPr="00B41BA0">
        <w:rPr>
          <w:lang w:val="fr-FR"/>
        </w:rPr>
        <w:t xml:space="preserve">, </w:t>
      </w:r>
      <w:proofErr w:type="spellStart"/>
      <w:r w:rsidRPr="00B41BA0">
        <w:rPr>
          <w:lang w:val="fr-FR"/>
        </w:rPr>
        <w:t>restaurare</w:t>
      </w:r>
      <w:proofErr w:type="spellEnd"/>
      <w:r w:rsidRPr="00B41BA0">
        <w:rPr>
          <w:lang w:val="fr-FR"/>
        </w:rPr>
        <w:t xml:space="preserve">, </w:t>
      </w:r>
      <w:proofErr w:type="spellStart"/>
      <w:r w:rsidRPr="00B41BA0">
        <w:rPr>
          <w:lang w:val="fr-FR"/>
        </w:rPr>
        <w:t>loguri</w:t>
      </w:r>
      <w:proofErr w:type="spellEnd"/>
      <w:r w:rsidRPr="00B41BA0">
        <w:rPr>
          <w:lang w:val="fr-FR"/>
        </w:rPr>
        <w:t>).</w:t>
      </w:r>
    </w:p>
    <w:p w14:paraId="3CFCA698" w14:textId="77777777" w:rsidR="00153451" w:rsidRDefault="00000000">
      <w:pPr>
        <w:pStyle w:val="Heading1"/>
      </w:pPr>
      <w:proofErr w:type="spellStart"/>
      <w:r>
        <w:t>Capitolul</w:t>
      </w:r>
      <w:proofErr w:type="spellEnd"/>
      <w:r>
        <w:t xml:space="preserve"> 10 — </w:t>
      </w:r>
      <w:proofErr w:type="spellStart"/>
      <w:r>
        <w:t>Recapitulare</w:t>
      </w:r>
      <w:proofErr w:type="spellEnd"/>
    </w:p>
    <w:p w14:paraId="438FF281" w14:textId="77777777" w:rsidR="00153451" w:rsidRDefault="00000000">
      <w:r>
        <w:rPr>
          <w:i/>
          <w:color w:val="666666"/>
          <w:sz w:val="18"/>
        </w:rPr>
        <w:t>⏱ durată orientativă: 10 min</w:t>
      </w:r>
    </w:p>
    <w:p w14:paraId="04571E2D" w14:textId="77777777" w:rsidR="00153451" w:rsidRDefault="00000000">
      <w:pPr>
        <w:pStyle w:val="ListNumber"/>
      </w:pPr>
      <w:r>
        <w:t>Reia harta: plata din website → factură + încasare + jurnal + acord + email — totul automat; administratorul consultă, raportează și gestionează clienți/lead-uri/conținut.</w:t>
      </w:r>
    </w:p>
    <w:sectPr w:rsidR="0015345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5058815">
    <w:abstractNumId w:val="8"/>
  </w:num>
  <w:num w:numId="2" w16cid:durableId="815494131">
    <w:abstractNumId w:val="6"/>
  </w:num>
  <w:num w:numId="3" w16cid:durableId="1031952593">
    <w:abstractNumId w:val="5"/>
  </w:num>
  <w:num w:numId="4" w16cid:durableId="259796890">
    <w:abstractNumId w:val="4"/>
  </w:num>
  <w:num w:numId="5" w16cid:durableId="705065751">
    <w:abstractNumId w:val="7"/>
  </w:num>
  <w:num w:numId="6" w16cid:durableId="878930942">
    <w:abstractNumId w:val="3"/>
  </w:num>
  <w:num w:numId="7" w16cid:durableId="174880371">
    <w:abstractNumId w:val="2"/>
  </w:num>
  <w:num w:numId="8" w16cid:durableId="637153367">
    <w:abstractNumId w:val="1"/>
  </w:num>
  <w:num w:numId="9" w16cid:durableId="1579755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3451"/>
    <w:rsid w:val="001D21A3"/>
    <w:rsid w:val="0029639D"/>
    <w:rsid w:val="00326F90"/>
    <w:rsid w:val="0061713B"/>
    <w:rsid w:val="006F2758"/>
    <w:rsid w:val="007407A9"/>
    <w:rsid w:val="00AA1D8D"/>
    <w:rsid w:val="00B25EF1"/>
    <w:rsid w:val="00B41BA0"/>
    <w:rsid w:val="00B47730"/>
    <w:rsid w:val="00CB0664"/>
    <w:rsid w:val="00DE50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BD4FA9"/>
  <w14:defaultImageDpi w14:val="300"/>
  <w15:docId w15:val="{036FA636-6D3B-4534-99DC-EF8D1888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680</Words>
  <Characters>4848</Characters>
  <Application>Microsoft Office Word</Application>
  <DocSecurity>0</DocSecurity>
  <Lines>173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 SOFTWARE SERVICE S.R.L.</dc:creator>
  <cp:keywords/>
  <dc:description/>
  <cp:lastModifiedBy>DP SOFTWARE SERVICE S.R.L.</cp:lastModifiedBy>
  <cp:revision>3</cp:revision>
  <dcterms:created xsi:type="dcterms:W3CDTF">2026-07-28T09:00:00Z</dcterms:created>
  <dcterms:modified xsi:type="dcterms:W3CDTF">2026-07-28T09:00:00Z</dcterms:modified>
  <cp:category/>
</cp:coreProperties>
</file>