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F7AF" w14:textId="77777777" w:rsidR="00166FDB" w:rsidRDefault="00000000">
      <w:pPr>
        <w:jc w:val="center"/>
      </w:pPr>
      <w:r>
        <w:rPr>
          <w:b/>
          <w:color w:val="666666"/>
          <w:sz w:val="28"/>
        </w:rPr>
        <w:t>TRAINING — PLATFORMA DiDi</w:t>
      </w:r>
    </w:p>
    <w:p w14:paraId="291BE6FE" w14:textId="77777777" w:rsidR="00166FDB" w:rsidRDefault="00000000">
      <w:pPr>
        <w:jc w:val="center"/>
      </w:pPr>
      <w:r>
        <w:rPr>
          <w:b/>
          <w:sz w:val="44"/>
        </w:rPr>
        <w:t>Sesiunea 1 — Utilizarea platformei</w:t>
      </w:r>
    </w:p>
    <w:p w14:paraId="2E795FD6" w14:textId="77777777" w:rsidR="00166FDB" w:rsidRDefault="00000000">
      <w:pPr>
        <w:jc w:val="center"/>
      </w:pPr>
      <w:r>
        <w:rPr>
          <w:sz w:val="26"/>
        </w:rPr>
        <w:t>Website de prezentare · E-commerce · Dashboard client · CRM (lead-uri)</w:t>
      </w:r>
    </w:p>
    <w:p w14:paraId="015E6C1D" w14:textId="265A43D1" w:rsidR="00166FDB" w:rsidRDefault="00000000">
      <w:pPr>
        <w:jc w:val="center"/>
      </w:pPr>
      <w:r>
        <w:rPr>
          <w:i/>
          <w:color w:val="666666"/>
          <w:sz w:val="20"/>
        </w:rPr>
        <w:t xml:space="preserve">· </w:t>
      </w:r>
      <w:proofErr w:type="spellStart"/>
      <w:r>
        <w:rPr>
          <w:i/>
          <w:color w:val="666666"/>
          <w:sz w:val="20"/>
        </w:rPr>
        <w:t>Sesiune</w:t>
      </w:r>
      <w:proofErr w:type="spellEnd"/>
      <w:r>
        <w:rPr>
          <w:i/>
          <w:color w:val="666666"/>
          <w:sz w:val="20"/>
        </w:rPr>
        <w:t xml:space="preserve"> de training </w:t>
      </w:r>
      <w:proofErr w:type="gramStart"/>
      <w:r>
        <w:rPr>
          <w:i/>
          <w:color w:val="666666"/>
          <w:sz w:val="20"/>
        </w:rPr>
        <w:t>conform</w:t>
      </w:r>
      <w:proofErr w:type="gramEnd"/>
      <w:r>
        <w:rPr>
          <w:i/>
          <w:color w:val="666666"/>
          <w:sz w:val="20"/>
        </w:rPr>
        <w:t xml:space="preserve"> Propunerii tehnice B.7.3 (DP Software Service)</w:t>
      </w:r>
    </w:p>
    <w:p w14:paraId="1E664012" w14:textId="77777777" w:rsidR="00166FDB" w:rsidRDefault="00000000">
      <w:r>
        <w:br w:type="page"/>
      </w:r>
    </w:p>
    <w:p w14:paraId="53B4BA78" w14:textId="77777777" w:rsidR="00166FDB" w:rsidRPr="00FE6587" w:rsidRDefault="00000000">
      <w:pPr>
        <w:pStyle w:val="Heading1"/>
        <w:rPr>
          <w:lang w:val="fr-FR"/>
        </w:rPr>
      </w:pPr>
      <w:r w:rsidRPr="00FE6587">
        <w:rPr>
          <w:lang w:val="fr-FR"/>
        </w:rPr>
        <w:lastRenderedPageBreak/>
        <w:t xml:space="preserve">Date de </w:t>
      </w:r>
      <w:proofErr w:type="spellStart"/>
      <w:r w:rsidRPr="00FE6587">
        <w:rPr>
          <w:lang w:val="fr-FR"/>
        </w:rPr>
        <w:t>acces</w:t>
      </w:r>
      <w:proofErr w:type="spellEnd"/>
      <w:r w:rsidRPr="00FE6587">
        <w:rPr>
          <w:lang w:val="fr-FR"/>
        </w:rPr>
        <w:t xml:space="preserve"> (</w:t>
      </w:r>
      <w:proofErr w:type="spellStart"/>
      <w:r w:rsidRPr="00FE6587">
        <w:rPr>
          <w:lang w:val="fr-FR"/>
        </w:rPr>
        <w:t>mediul</w:t>
      </w:r>
      <w:proofErr w:type="spellEnd"/>
      <w:r w:rsidRPr="00FE6587">
        <w:rPr>
          <w:lang w:val="fr-FR"/>
        </w:rPr>
        <w:t xml:space="preserve"> de test)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66FDB" w14:paraId="434F0F30" w14:textId="77777777">
        <w:tc>
          <w:tcPr>
            <w:tcW w:w="4320" w:type="dxa"/>
          </w:tcPr>
          <w:p w14:paraId="57628152" w14:textId="77777777" w:rsidR="00166FDB" w:rsidRDefault="00000000">
            <w:r>
              <w:rPr>
                <w:b/>
              </w:rPr>
              <w:t>Website</w:t>
            </w:r>
          </w:p>
        </w:tc>
        <w:tc>
          <w:tcPr>
            <w:tcW w:w="4320" w:type="dxa"/>
          </w:tcPr>
          <w:p w14:paraId="79080259" w14:textId="4C884F11" w:rsidR="00166FDB" w:rsidRDefault="00FE6587">
            <w:proofErr w:type="spellStart"/>
            <w:r>
              <w:t>Credentiale</w:t>
            </w:r>
            <w:proofErr w:type="spellEnd"/>
            <w:r w:rsidR="00000000">
              <w:t>: demo-e2e@clossers.com / Demo123456)</w:t>
            </w:r>
          </w:p>
        </w:tc>
      </w:tr>
      <w:tr w:rsidR="00166FDB" w14:paraId="2B775C85" w14:textId="77777777">
        <w:tc>
          <w:tcPr>
            <w:tcW w:w="4320" w:type="dxa"/>
          </w:tcPr>
          <w:p w14:paraId="4B066BD8" w14:textId="77777777" w:rsidR="00166FDB" w:rsidRDefault="00000000">
            <w:r>
              <w:rPr>
                <w:b/>
              </w:rPr>
              <w:t>ERP (administrare)</w:t>
            </w:r>
          </w:p>
        </w:tc>
        <w:tc>
          <w:tcPr>
            <w:tcW w:w="4320" w:type="dxa"/>
          </w:tcPr>
          <w:p w14:paraId="50641B47" w14:textId="4094342B" w:rsidR="00166FDB" w:rsidRDefault="00FE6587">
            <w:proofErr w:type="spellStart"/>
            <w:r>
              <w:t>Credentiale</w:t>
            </w:r>
            <w:proofErr w:type="spellEnd"/>
            <w:r w:rsidR="00000000">
              <w:t xml:space="preserve"> — Administrator / admin</w:t>
            </w:r>
          </w:p>
        </w:tc>
      </w:tr>
      <w:tr w:rsidR="00166FDB" w14:paraId="6018B5C0" w14:textId="77777777">
        <w:tc>
          <w:tcPr>
            <w:tcW w:w="4320" w:type="dxa"/>
          </w:tcPr>
          <w:p w14:paraId="1D25191C" w14:textId="77777777" w:rsidR="00166FDB" w:rsidRPr="00FE6587" w:rsidRDefault="00000000">
            <w:pPr>
              <w:rPr>
                <w:lang w:val="fr-FR"/>
              </w:rPr>
            </w:pPr>
            <w:r w:rsidRPr="00FE6587">
              <w:rPr>
                <w:b/>
                <w:lang w:val="fr-FR"/>
              </w:rPr>
              <w:t xml:space="preserve">Inbox </w:t>
            </w:r>
            <w:proofErr w:type="gramStart"/>
            <w:r w:rsidRPr="00FE6587">
              <w:rPr>
                <w:b/>
                <w:lang w:val="fr-FR"/>
              </w:rPr>
              <w:t>email</w:t>
            </w:r>
            <w:proofErr w:type="gramEnd"/>
            <w:r w:rsidRPr="00FE6587">
              <w:rPr>
                <w:b/>
                <w:lang w:val="fr-FR"/>
              </w:rPr>
              <w:t xml:space="preserve"> de test (</w:t>
            </w:r>
            <w:proofErr w:type="spellStart"/>
            <w:r w:rsidRPr="00FE6587">
              <w:rPr>
                <w:b/>
                <w:lang w:val="fr-FR"/>
              </w:rPr>
              <w:t>Mailpit</w:t>
            </w:r>
            <w:proofErr w:type="spellEnd"/>
            <w:r w:rsidRPr="00FE6587">
              <w:rPr>
                <w:b/>
                <w:lang w:val="fr-FR"/>
              </w:rPr>
              <w:t>)</w:t>
            </w:r>
          </w:p>
        </w:tc>
        <w:tc>
          <w:tcPr>
            <w:tcW w:w="4320" w:type="dxa"/>
          </w:tcPr>
          <w:p w14:paraId="334102E4" w14:textId="10A22AD1" w:rsidR="00166FDB" w:rsidRDefault="00000000"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autentificare</w:t>
            </w:r>
            <w:proofErr w:type="spellEnd"/>
          </w:p>
        </w:tc>
      </w:tr>
      <w:tr w:rsidR="00166FDB" w14:paraId="2E1644D0" w14:textId="77777777">
        <w:tc>
          <w:tcPr>
            <w:tcW w:w="4320" w:type="dxa"/>
          </w:tcPr>
          <w:p w14:paraId="2F01672F" w14:textId="77777777" w:rsidR="00166FDB" w:rsidRPr="00FE6587" w:rsidRDefault="00000000">
            <w:pPr>
              <w:rPr>
                <w:lang w:val="fr-FR"/>
              </w:rPr>
            </w:pPr>
            <w:r w:rsidRPr="00FE6587">
              <w:rPr>
                <w:b/>
                <w:lang w:val="fr-FR"/>
              </w:rPr>
              <w:t xml:space="preserve">Card de test </w:t>
            </w:r>
            <w:proofErr w:type="spellStart"/>
            <w:r w:rsidRPr="00FE6587">
              <w:rPr>
                <w:b/>
                <w:lang w:val="fr-FR"/>
              </w:rPr>
              <w:t>plată</w:t>
            </w:r>
            <w:proofErr w:type="spellEnd"/>
            <w:r w:rsidRPr="00FE6587">
              <w:rPr>
                <w:b/>
                <w:lang w:val="fr-FR"/>
              </w:rPr>
              <w:t xml:space="preserve"> REUȘITĂ</w:t>
            </w:r>
          </w:p>
        </w:tc>
        <w:tc>
          <w:tcPr>
            <w:tcW w:w="4320" w:type="dxa"/>
          </w:tcPr>
          <w:p w14:paraId="63E04725" w14:textId="77777777" w:rsidR="00166FDB" w:rsidRDefault="00000000">
            <w:r>
              <w:t>4242 4242 4242 4242 · orice dată viitoare · orice CVC</w:t>
            </w:r>
          </w:p>
        </w:tc>
      </w:tr>
      <w:tr w:rsidR="00166FDB" w14:paraId="455A4490" w14:textId="77777777">
        <w:tc>
          <w:tcPr>
            <w:tcW w:w="4320" w:type="dxa"/>
          </w:tcPr>
          <w:p w14:paraId="275AA865" w14:textId="77777777" w:rsidR="00166FDB" w:rsidRDefault="00000000">
            <w:r>
              <w:rPr>
                <w:b/>
              </w:rPr>
              <w:t>Card de test plată REFUZATĂ</w:t>
            </w:r>
          </w:p>
        </w:tc>
        <w:tc>
          <w:tcPr>
            <w:tcW w:w="4320" w:type="dxa"/>
          </w:tcPr>
          <w:p w14:paraId="5BFAF372" w14:textId="77777777" w:rsidR="00166FDB" w:rsidRDefault="00000000">
            <w:r>
              <w:t>4000 0000 0000 0002</w:t>
            </w:r>
          </w:p>
        </w:tc>
      </w:tr>
      <w:tr w:rsidR="00166FDB" w14:paraId="64D5E999" w14:textId="77777777">
        <w:tc>
          <w:tcPr>
            <w:tcW w:w="4320" w:type="dxa"/>
          </w:tcPr>
          <w:p w14:paraId="33053496" w14:textId="77777777" w:rsidR="00166FDB" w:rsidRDefault="00000000">
            <w:r>
              <w:rPr>
                <w:b/>
              </w:rPr>
              <w:t>Recomandare înregistrare</w:t>
            </w:r>
          </w:p>
        </w:tc>
        <w:tc>
          <w:tcPr>
            <w:tcW w:w="4320" w:type="dxa"/>
          </w:tcPr>
          <w:p w14:paraId="69BF2406" w14:textId="77777777" w:rsidR="00166FDB" w:rsidRDefault="00000000">
            <w:r>
              <w:t>Ecran întreg 1920×1080, browser fără bookmarkuri personale, Win+Alt+R (Xbox Game Bar) sau OBS; ține acest document pe al doilea monitor sau afișează pagina de capitol înainte de fiecare secțiune</w:t>
            </w:r>
          </w:p>
        </w:tc>
      </w:tr>
    </w:tbl>
    <w:p w14:paraId="3731D650" w14:textId="77777777" w:rsidR="00166FDB" w:rsidRPr="00FE6587" w:rsidRDefault="00000000">
      <w:pPr>
        <w:rPr>
          <w:lang w:val="fr-FR"/>
        </w:rPr>
      </w:pPr>
      <w:r w:rsidRPr="00FE6587">
        <w:rPr>
          <w:lang w:val="fr-FR"/>
        </w:rPr>
        <w:br w:type="page"/>
      </w:r>
    </w:p>
    <w:p w14:paraId="0DF7822C" w14:textId="77777777" w:rsidR="00166FDB" w:rsidRPr="00FE6587" w:rsidRDefault="00000000">
      <w:pPr>
        <w:pStyle w:val="Heading1"/>
        <w:rPr>
          <w:lang w:val="fr-FR"/>
        </w:rPr>
      </w:pPr>
      <w:proofErr w:type="spellStart"/>
      <w:r w:rsidRPr="00FE6587">
        <w:rPr>
          <w:lang w:val="fr-FR"/>
        </w:rPr>
        <w:lastRenderedPageBreak/>
        <w:t>Capitolul</w:t>
      </w:r>
      <w:proofErr w:type="spellEnd"/>
      <w:r w:rsidRPr="00FE6587">
        <w:rPr>
          <w:lang w:val="fr-FR"/>
        </w:rPr>
        <w:t xml:space="preserve"> 1 — </w:t>
      </w:r>
      <w:proofErr w:type="spellStart"/>
      <w:r w:rsidRPr="00FE6587">
        <w:rPr>
          <w:lang w:val="fr-FR"/>
        </w:rPr>
        <w:t>Website-ul</w:t>
      </w:r>
      <w:proofErr w:type="spellEnd"/>
      <w:r w:rsidRPr="00FE6587">
        <w:rPr>
          <w:lang w:val="fr-FR"/>
        </w:rPr>
        <w:t xml:space="preserve"> public de </w:t>
      </w:r>
      <w:proofErr w:type="spellStart"/>
      <w:r w:rsidRPr="00FE6587">
        <w:rPr>
          <w:lang w:val="fr-FR"/>
        </w:rPr>
        <w:t>prezentare</w:t>
      </w:r>
      <w:proofErr w:type="spellEnd"/>
    </w:p>
    <w:p w14:paraId="6B4993EB" w14:textId="77777777" w:rsidR="00166FDB" w:rsidRDefault="00000000">
      <w:r>
        <w:rPr>
          <w:i/>
          <w:color w:val="666666"/>
          <w:sz w:val="18"/>
        </w:rPr>
        <w:t xml:space="preserve">⏱ </w:t>
      </w:r>
      <w:proofErr w:type="spellStart"/>
      <w:r>
        <w:rPr>
          <w:i/>
          <w:color w:val="666666"/>
          <w:sz w:val="18"/>
        </w:rPr>
        <w:t>durată</w:t>
      </w:r>
      <w:proofErr w:type="spellEnd"/>
      <w:r>
        <w:rPr>
          <w:i/>
          <w:color w:val="666666"/>
          <w:sz w:val="18"/>
        </w:rPr>
        <w:t xml:space="preserve"> </w:t>
      </w:r>
      <w:proofErr w:type="spellStart"/>
      <w:r>
        <w:rPr>
          <w:i/>
          <w:color w:val="666666"/>
          <w:sz w:val="18"/>
        </w:rPr>
        <w:t>orientativă</w:t>
      </w:r>
      <w:proofErr w:type="spellEnd"/>
      <w:r>
        <w:rPr>
          <w:i/>
          <w:color w:val="666666"/>
          <w:sz w:val="18"/>
        </w:rPr>
        <w:t>: 20 min</w:t>
      </w:r>
    </w:p>
    <w:p w14:paraId="00BC9895" w14:textId="38515B8F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Deschide</w:t>
      </w:r>
      <w:proofErr w:type="spellEnd"/>
      <w:r w:rsidRPr="00FE6587">
        <w:rPr>
          <w:lang w:val="fr-FR"/>
        </w:rPr>
        <w:t xml:space="preserve">— </w:t>
      </w:r>
      <w:proofErr w:type="spellStart"/>
      <w:r w:rsidRPr="00FE6587">
        <w:rPr>
          <w:lang w:val="fr-FR"/>
        </w:rPr>
        <w:t>homepage-ul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platformei</w:t>
      </w:r>
      <w:proofErr w:type="spellEnd"/>
      <w:r w:rsidRPr="00FE6587">
        <w:rPr>
          <w:lang w:val="fr-FR"/>
        </w:rPr>
        <w:t>.</w:t>
      </w:r>
    </w:p>
    <w:p w14:paraId="5E36497E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Observă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bannerul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finanțare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din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partea</w:t>
      </w:r>
      <w:proofErr w:type="spellEnd"/>
      <w:r w:rsidRPr="00FE6587">
        <w:rPr>
          <w:lang w:val="fr-FR"/>
        </w:rPr>
        <w:t xml:space="preserve"> de </w:t>
      </w:r>
      <w:proofErr w:type="gramStart"/>
      <w:r w:rsidRPr="00FE6587">
        <w:rPr>
          <w:lang w:val="fr-FR"/>
        </w:rPr>
        <w:t>sus:</w:t>
      </w:r>
      <w:proofErr w:type="gramEnd"/>
      <w:r w:rsidRPr="00FE6587">
        <w:rPr>
          <w:lang w:val="fr-FR"/>
        </w:rPr>
        <w:t xml:space="preserve"> UE „</w:t>
      </w:r>
      <w:proofErr w:type="spellStart"/>
      <w:r w:rsidRPr="00FE6587">
        <w:rPr>
          <w:lang w:val="fr-FR"/>
        </w:rPr>
        <w:t>Finanțat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Uniunea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Europeană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NextGenerationEU</w:t>
      </w:r>
      <w:proofErr w:type="spellEnd"/>
      <w:r w:rsidRPr="00FE6587">
        <w:rPr>
          <w:lang w:val="fr-FR"/>
        </w:rPr>
        <w:t xml:space="preserve">” + </w:t>
      </w:r>
      <w:proofErr w:type="spellStart"/>
      <w:r w:rsidRPr="00FE6587">
        <w:rPr>
          <w:lang w:val="fr-FR"/>
        </w:rPr>
        <w:t>Guvernul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României</w:t>
      </w:r>
      <w:proofErr w:type="spellEnd"/>
      <w:r w:rsidRPr="00FE6587">
        <w:rPr>
          <w:lang w:val="fr-FR"/>
        </w:rPr>
        <w:t xml:space="preserve"> + PNRR (</w:t>
      </w:r>
      <w:proofErr w:type="spellStart"/>
      <w:r w:rsidRPr="00FE6587">
        <w:rPr>
          <w:lang w:val="fr-FR"/>
        </w:rPr>
        <w:t>obligatoriu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vizibil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fără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derulare</w:t>
      </w:r>
      <w:proofErr w:type="spellEnd"/>
      <w:r w:rsidRPr="00FE6587">
        <w:rPr>
          <w:lang w:val="fr-FR"/>
        </w:rPr>
        <w:t>).</w:t>
      </w:r>
    </w:p>
    <w:p w14:paraId="63AE5DE9" w14:textId="77777777" w:rsidR="00166FDB" w:rsidRDefault="00000000">
      <w:pPr>
        <w:pStyle w:val="ListNumber"/>
      </w:pPr>
      <w:r>
        <w:t xml:space="preserve">La prima </w:t>
      </w:r>
      <w:proofErr w:type="spellStart"/>
      <w:r>
        <w:t>vizită</w:t>
      </w:r>
      <w:proofErr w:type="spellEnd"/>
      <w:r>
        <w:t xml:space="preserve"> </w:t>
      </w:r>
      <w:proofErr w:type="spellStart"/>
      <w:r>
        <w:t>apare</w:t>
      </w:r>
      <w:proofErr w:type="spellEnd"/>
      <w:r>
        <w:t xml:space="preserve"> bannerul de cookie-uri — apasă «Personalizează» și arată opțiunile granulare (necesare/funcționale/analitice), apoi salvează.</w:t>
      </w:r>
    </w:p>
    <w:p w14:paraId="3355919B" w14:textId="77777777" w:rsidR="00166FDB" w:rsidRDefault="00000000">
      <w:pPr>
        <w:pStyle w:val="ListNumber"/>
      </w:pPr>
      <w:r>
        <w:t>Parcurge pe rând paginile din meniu: Servicii, Despre, Pricing, Contact — citește lent conținutul fiecăreia.</w:t>
      </w:r>
    </w:p>
    <w:p w14:paraId="74BFB89A" w14:textId="77777777" w:rsidR="00166FDB" w:rsidRDefault="00000000">
      <w:pPr>
        <w:pStyle w:val="ListNumber"/>
      </w:pPr>
      <w:r>
        <w:t>Derulează la finalul oricărei pagini: footer-ul PNRR cu sigla UE, sloganul «PNRR. Finanțat de Uniunea Europeană – UrmătoareaGenerațieUE», disclaimerul oficial și linkurile către mfe.gov.ro/pnrr și pagina de Facebook a programului — dă click pe ambele linkuri.</w:t>
      </w:r>
    </w:p>
    <w:p w14:paraId="7A19EF37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Comută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limba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în</w:t>
      </w:r>
      <w:proofErr w:type="spellEnd"/>
      <w:r w:rsidRPr="00FE6587">
        <w:rPr>
          <w:lang w:val="fr-FR"/>
        </w:rPr>
        <w:t xml:space="preserve"> EN </w:t>
      </w:r>
      <w:proofErr w:type="spellStart"/>
      <w:r w:rsidRPr="00FE6587">
        <w:rPr>
          <w:lang w:val="fr-FR"/>
        </w:rPr>
        <w:t>din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butonul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din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bară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arată</w:t>
      </w:r>
      <w:proofErr w:type="spellEnd"/>
      <w:r w:rsidRPr="00FE6587">
        <w:rPr>
          <w:lang w:val="fr-FR"/>
        </w:rPr>
        <w:t xml:space="preserve"> o </w:t>
      </w:r>
      <w:proofErr w:type="spellStart"/>
      <w:r w:rsidRPr="00FE6587">
        <w:rPr>
          <w:lang w:val="fr-FR"/>
        </w:rPr>
        <w:t>pagină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revino</w:t>
      </w:r>
      <w:proofErr w:type="spellEnd"/>
      <w:r w:rsidRPr="00FE6587">
        <w:rPr>
          <w:lang w:val="fr-FR"/>
        </w:rPr>
        <w:t xml:space="preserve"> la RO.</w:t>
      </w:r>
    </w:p>
    <w:p w14:paraId="4FFB1A2C" w14:textId="77777777" w:rsidR="00166FDB" w:rsidRDefault="00000000">
      <w:pPr>
        <w:pStyle w:val="ListNumber"/>
      </w:pPr>
      <w:proofErr w:type="spellStart"/>
      <w:r>
        <w:t>Redimensionează</w:t>
      </w:r>
      <w:proofErr w:type="spellEnd"/>
      <w:r>
        <w:t xml:space="preserve"> </w:t>
      </w:r>
      <w:proofErr w:type="spellStart"/>
      <w:r>
        <w:t>fereastra</w:t>
      </w:r>
      <w:proofErr w:type="spellEnd"/>
      <w:r>
        <w:t xml:space="preserve"> </w:t>
      </w:r>
      <w:proofErr w:type="spellStart"/>
      <w:r>
        <w:t>browserului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F12 → mod dispozitiv) pentru </w:t>
      </w:r>
      <w:proofErr w:type="gramStart"/>
      <w:r>
        <w:t>a</w:t>
      </w:r>
      <w:proofErr w:type="gramEnd"/>
      <w:r>
        <w:t xml:space="preserve"> arăta design-ul responsive pe mobil.</w:t>
      </w:r>
    </w:p>
    <w:p w14:paraId="6F27FA4D" w14:textId="77777777" w:rsidR="00166FDB" w:rsidRPr="00FE6587" w:rsidRDefault="00000000">
      <w:pPr>
        <w:rPr>
          <w:lang w:val="fr-FR"/>
        </w:rPr>
      </w:pPr>
      <w:r>
        <w:rPr>
          <w:i/>
          <w:color w:val="1B7A43"/>
        </w:rPr>
        <w:t>👁</w:t>
      </w:r>
      <w:r w:rsidRPr="00FE6587">
        <w:rPr>
          <w:i/>
          <w:color w:val="1B7A43"/>
          <w:lang w:val="fr-FR"/>
        </w:rPr>
        <w:t xml:space="preserve"> Ce </w:t>
      </w:r>
      <w:proofErr w:type="spellStart"/>
      <w:r w:rsidRPr="00FE6587">
        <w:rPr>
          <w:i/>
          <w:color w:val="1B7A43"/>
          <w:lang w:val="fr-FR"/>
        </w:rPr>
        <w:t>trebuie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să</w:t>
      </w:r>
      <w:proofErr w:type="spellEnd"/>
      <w:r w:rsidRPr="00FE6587">
        <w:rPr>
          <w:i/>
          <w:color w:val="1B7A43"/>
          <w:lang w:val="fr-FR"/>
        </w:rPr>
        <w:t xml:space="preserve"> se </w:t>
      </w:r>
      <w:proofErr w:type="spellStart"/>
      <w:r w:rsidRPr="00FE6587">
        <w:rPr>
          <w:i/>
          <w:color w:val="1B7A43"/>
          <w:lang w:val="fr-FR"/>
        </w:rPr>
        <w:t>vadă</w:t>
      </w:r>
      <w:proofErr w:type="spellEnd"/>
      <w:r w:rsidRPr="00FE6587">
        <w:rPr>
          <w:i/>
          <w:color w:val="1B7A43"/>
          <w:lang w:val="fr-FR"/>
        </w:rPr>
        <w:t xml:space="preserve">: </w:t>
      </w:r>
      <w:proofErr w:type="spellStart"/>
      <w:r w:rsidRPr="00FE6587">
        <w:rPr>
          <w:i/>
          <w:color w:val="1B7A43"/>
          <w:lang w:val="fr-FR"/>
        </w:rPr>
        <w:t>toate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paginile</w:t>
      </w:r>
      <w:proofErr w:type="spellEnd"/>
      <w:r w:rsidRPr="00FE6587">
        <w:rPr>
          <w:i/>
          <w:color w:val="1B7A43"/>
          <w:lang w:val="fr-FR"/>
        </w:rPr>
        <w:t xml:space="preserve"> se </w:t>
      </w:r>
      <w:proofErr w:type="spellStart"/>
      <w:r w:rsidRPr="00FE6587">
        <w:rPr>
          <w:i/>
          <w:color w:val="1B7A43"/>
          <w:lang w:val="fr-FR"/>
        </w:rPr>
        <w:t>încarcă</w:t>
      </w:r>
      <w:proofErr w:type="spellEnd"/>
      <w:r w:rsidRPr="00FE6587">
        <w:rPr>
          <w:i/>
          <w:color w:val="1B7A43"/>
          <w:lang w:val="fr-FR"/>
        </w:rPr>
        <w:t xml:space="preserve"> instant, </w:t>
      </w:r>
      <w:proofErr w:type="spellStart"/>
      <w:r w:rsidRPr="00FE6587">
        <w:rPr>
          <w:i/>
          <w:color w:val="1B7A43"/>
          <w:lang w:val="fr-FR"/>
        </w:rPr>
        <w:t>conținut</w:t>
      </w:r>
      <w:proofErr w:type="spellEnd"/>
      <w:r w:rsidRPr="00FE6587">
        <w:rPr>
          <w:i/>
          <w:color w:val="1B7A43"/>
          <w:lang w:val="fr-FR"/>
        </w:rPr>
        <w:t xml:space="preserve"> complet </w:t>
      </w:r>
      <w:proofErr w:type="spellStart"/>
      <w:r w:rsidRPr="00FE6587">
        <w:rPr>
          <w:i/>
          <w:color w:val="1B7A43"/>
          <w:lang w:val="fr-FR"/>
        </w:rPr>
        <w:t>în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română</w:t>
      </w:r>
      <w:proofErr w:type="spellEnd"/>
      <w:r w:rsidRPr="00FE6587">
        <w:rPr>
          <w:i/>
          <w:color w:val="1B7A43"/>
          <w:lang w:val="fr-FR"/>
        </w:rPr>
        <w:t xml:space="preserve">, </w:t>
      </w:r>
      <w:proofErr w:type="spellStart"/>
      <w:r w:rsidRPr="00FE6587">
        <w:rPr>
          <w:i/>
          <w:color w:val="1B7A43"/>
          <w:lang w:val="fr-FR"/>
        </w:rPr>
        <w:t>brandingul</w:t>
      </w:r>
      <w:proofErr w:type="spellEnd"/>
      <w:r w:rsidRPr="00FE6587">
        <w:rPr>
          <w:i/>
          <w:color w:val="1B7A43"/>
          <w:lang w:val="fr-FR"/>
        </w:rPr>
        <w:t xml:space="preserve"> PNRR sus </w:t>
      </w:r>
      <w:proofErr w:type="spellStart"/>
      <w:r w:rsidRPr="00FE6587">
        <w:rPr>
          <w:i/>
          <w:color w:val="1B7A43"/>
          <w:lang w:val="fr-FR"/>
        </w:rPr>
        <w:t>și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jos</w:t>
      </w:r>
      <w:proofErr w:type="spellEnd"/>
      <w:r w:rsidRPr="00FE6587">
        <w:rPr>
          <w:i/>
          <w:color w:val="1B7A43"/>
          <w:lang w:val="fr-FR"/>
        </w:rPr>
        <w:t>.</w:t>
      </w:r>
    </w:p>
    <w:p w14:paraId="6BBA4086" w14:textId="77777777" w:rsidR="00166FDB" w:rsidRPr="00FE6587" w:rsidRDefault="00000000">
      <w:pPr>
        <w:pStyle w:val="Heading1"/>
        <w:rPr>
          <w:lang w:val="fr-FR"/>
        </w:rPr>
      </w:pPr>
      <w:proofErr w:type="spellStart"/>
      <w:r w:rsidRPr="00FE6587">
        <w:rPr>
          <w:lang w:val="fr-FR"/>
        </w:rPr>
        <w:t>Capitolul</w:t>
      </w:r>
      <w:proofErr w:type="spellEnd"/>
      <w:r w:rsidRPr="00FE6587">
        <w:rPr>
          <w:lang w:val="fr-FR"/>
        </w:rPr>
        <w:t xml:space="preserve"> 2 — </w:t>
      </w:r>
      <w:proofErr w:type="spellStart"/>
      <w:r w:rsidRPr="00FE6587">
        <w:rPr>
          <w:lang w:val="fr-FR"/>
        </w:rPr>
        <w:t>Cont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și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autentificare</w:t>
      </w:r>
      <w:proofErr w:type="spellEnd"/>
      <w:r w:rsidRPr="00FE6587">
        <w:rPr>
          <w:lang w:val="fr-FR"/>
        </w:rPr>
        <w:t xml:space="preserve"> (SSO)</w:t>
      </w:r>
    </w:p>
    <w:p w14:paraId="634A4BE4" w14:textId="77777777" w:rsidR="00166FDB" w:rsidRPr="00FE6587" w:rsidRDefault="00000000">
      <w:pPr>
        <w:rPr>
          <w:lang w:val="fr-FR"/>
        </w:rPr>
      </w:pPr>
      <w:r w:rsidRPr="00FE6587">
        <w:rPr>
          <w:i/>
          <w:color w:val="666666"/>
          <w:sz w:val="18"/>
          <w:lang w:val="fr-FR"/>
        </w:rPr>
        <w:t xml:space="preserve">⏱ </w:t>
      </w:r>
      <w:proofErr w:type="spellStart"/>
      <w:proofErr w:type="gramStart"/>
      <w:r w:rsidRPr="00FE6587">
        <w:rPr>
          <w:i/>
          <w:color w:val="666666"/>
          <w:sz w:val="18"/>
          <w:lang w:val="fr-FR"/>
        </w:rPr>
        <w:t>durată</w:t>
      </w:r>
      <w:proofErr w:type="spellEnd"/>
      <w:proofErr w:type="gramEnd"/>
      <w:r w:rsidRPr="00FE6587">
        <w:rPr>
          <w:i/>
          <w:color w:val="666666"/>
          <w:sz w:val="18"/>
          <w:lang w:val="fr-FR"/>
        </w:rPr>
        <w:t xml:space="preserve"> </w:t>
      </w:r>
      <w:proofErr w:type="spellStart"/>
      <w:proofErr w:type="gramStart"/>
      <w:r w:rsidRPr="00FE6587">
        <w:rPr>
          <w:i/>
          <w:color w:val="666666"/>
          <w:sz w:val="18"/>
          <w:lang w:val="fr-FR"/>
        </w:rPr>
        <w:t>orientativă</w:t>
      </w:r>
      <w:proofErr w:type="spellEnd"/>
      <w:r w:rsidRPr="00FE6587">
        <w:rPr>
          <w:i/>
          <w:color w:val="666666"/>
          <w:sz w:val="18"/>
          <w:lang w:val="fr-FR"/>
        </w:rPr>
        <w:t>:</w:t>
      </w:r>
      <w:proofErr w:type="gramEnd"/>
      <w:r w:rsidRPr="00FE6587">
        <w:rPr>
          <w:i/>
          <w:color w:val="666666"/>
          <w:sz w:val="18"/>
          <w:lang w:val="fr-FR"/>
        </w:rPr>
        <w:t xml:space="preserve"> 15 min</w:t>
      </w:r>
    </w:p>
    <w:p w14:paraId="344E435E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Apasă</w:t>
      </w:r>
      <w:proofErr w:type="spellEnd"/>
      <w:proofErr w:type="gramStart"/>
      <w:r w:rsidRPr="00FE6587">
        <w:rPr>
          <w:lang w:val="fr-FR"/>
        </w:rPr>
        <w:t xml:space="preserve"> «</w:t>
      </w:r>
      <w:proofErr w:type="spellStart"/>
      <w:r w:rsidRPr="00FE6587">
        <w:rPr>
          <w:lang w:val="fr-FR"/>
        </w:rPr>
        <w:t>Conectează</w:t>
      </w:r>
      <w:proofErr w:type="spellEnd"/>
      <w:proofErr w:type="gramEnd"/>
      <w:r w:rsidRPr="00FE6587">
        <w:rPr>
          <w:lang w:val="fr-FR"/>
        </w:rPr>
        <w:t>-</w:t>
      </w:r>
      <w:proofErr w:type="gramStart"/>
      <w:r w:rsidRPr="00FE6587">
        <w:rPr>
          <w:lang w:val="fr-FR"/>
        </w:rPr>
        <w:t>te»</w:t>
      </w:r>
      <w:proofErr w:type="gramEnd"/>
      <w:r w:rsidRPr="00FE6587">
        <w:rPr>
          <w:lang w:val="fr-FR"/>
        </w:rPr>
        <w:t xml:space="preserve"> — se </w:t>
      </w:r>
      <w:proofErr w:type="spellStart"/>
      <w:r w:rsidRPr="00FE6587">
        <w:rPr>
          <w:lang w:val="fr-FR"/>
        </w:rPr>
        <w:t>deschide</w:t>
      </w:r>
      <w:proofErr w:type="spellEnd"/>
      <w:r w:rsidRPr="00FE6587">
        <w:rPr>
          <w:lang w:val="fr-FR"/>
        </w:rPr>
        <w:t xml:space="preserve"> pagina de </w:t>
      </w:r>
      <w:proofErr w:type="spellStart"/>
      <w:r w:rsidRPr="00FE6587">
        <w:rPr>
          <w:lang w:val="fr-FR"/>
        </w:rPr>
        <w:t>autentificare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unificată</w:t>
      </w:r>
      <w:proofErr w:type="spellEnd"/>
      <w:r w:rsidRPr="00FE6587">
        <w:rPr>
          <w:lang w:val="fr-FR"/>
        </w:rPr>
        <w:t xml:space="preserve"> a </w:t>
      </w:r>
      <w:proofErr w:type="spellStart"/>
      <w:r w:rsidRPr="00FE6587">
        <w:rPr>
          <w:lang w:val="fr-FR"/>
        </w:rPr>
        <w:t>platformei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DiDi</w:t>
      </w:r>
      <w:proofErr w:type="spellEnd"/>
      <w:r w:rsidRPr="00FE6587">
        <w:rPr>
          <w:lang w:val="fr-FR"/>
        </w:rPr>
        <w:t xml:space="preserve"> (IAM/</w:t>
      </w:r>
      <w:proofErr w:type="spellStart"/>
      <w:r w:rsidRPr="00FE6587">
        <w:rPr>
          <w:lang w:val="fr-FR"/>
        </w:rPr>
        <w:t>Keycloak</w:t>
      </w:r>
      <w:proofErr w:type="spellEnd"/>
      <w:r w:rsidRPr="00FE6587">
        <w:rPr>
          <w:lang w:val="fr-FR"/>
        </w:rPr>
        <w:t>).</w:t>
      </w:r>
    </w:p>
    <w:p w14:paraId="397B4950" w14:textId="5442FA2D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Autentifică</w:t>
      </w:r>
      <w:proofErr w:type="spellEnd"/>
      <w:r w:rsidRPr="00FE6587">
        <w:rPr>
          <w:lang w:val="fr-FR"/>
        </w:rPr>
        <w:t xml:space="preserve">-te </w:t>
      </w:r>
      <w:proofErr w:type="spellStart"/>
      <w:r w:rsidRPr="00FE6587">
        <w:rPr>
          <w:lang w:val="fr-FR"/>
        </w:rPr>
        <w:t>cu</w:t>
      </w:r>
      <w:proofErr w:type="spellEnd"/>
      <w:r w:rsidRPr="00FE6587">
        <w:rPr>
          <w:lang w:val="fr-FR"/>
        </w:rPr>
        <w:t xml:space="preserve"> </w:t>
      </w:r>
      <w:proofErr w:type="spellStart"/>
      <w:r w:rsidR="00FE6587">
        <w:rPr>
          <w:lang w:val="fr-FR"/>
        </w:rPr>
        <w:t>contul</w:t>
      </w:r>
      <w:proofErr w:type="spellEnd"/>
      <w:r w:rsidR="00FE6587">
        <w:rPr>
          <w:lang w:val="fr-FR"/>
        </w:rPr>
        <w:t xml:space="preserve"> de </w:t>
      </w:r>
      <w:proofErr w:type="spellStart"/>
      <w:r w:rsidR="00FE6587">
        <w:rPr>
          <w:lang w:val="fr-FR"/>
        </w:rPr>
        <w:t>didi</w:t>
      </w:r>
      <w:proofErr w:type="spellEnd"/>
      <w:r w:rsidR="00FE6587">
        <w:rPr>
          <w:lang w:val="fr-FR"/>
        </w:rPr>
        <w:t xml:space="preserve"> (</w:t>
      </w:r>
      <w:proofErr w:type="spellStart"/>
      <w:r w:rsidR="00FE6587">
        <w:rPr>
          <w:lang w:val="fr-FR"/>
        </w:rPr>
        <w:t>pentru</w:t>
      </w:r>
      <w:proofErr w:type="spellEnd"/>
      <w:r w:rsidR="00FE6587">
        <w:rPr>
          <w:lang w:val="fr-FR"/>
        </w:rPr>
        <w:t xml:space="preserve"> </w:t>
      </w:r>
      <w:proofErr w:type="spellStart"/>
      <w:r w:rsidR="00FE6587">
        <w:rPr>
          <w:lang w:val="fr-FR"/>
        </w:rPr>
        <w:t>acest</w:t>
      </w:r>
      <w:proofErr w:type="spellEnd"/>
      <w:r w:rsidR="00FE6587">
        <w:rPr>
          <w:lang w:val="fr-FR"/>
        </w:rPr>
        <w:t xml:space="preserve"> test </w:t>
      </w:r>
      <w:proofErr w:type="spellStart"/>
      <w:r w:rsidR="00FE6587">
        <w:rPr>
          <w:lang w:val="fr-FR"/>
        </w:rPr>
        <w:t>folosim</w:t>
      </w:r>
      <w:proofErr w:type="spellEnd"/>
      <w:r w:rsidR="00FE6587">
        <w:rPr>
          <w:lang w:val="fr-FR"/>
        </w:rPr>
        <w:t xml:space="preserve"> date </w:t>
      </w:r>
      <w:proofErr w:type="spellStart"/>
      <w:r w:rsidR="00FE6587">
        <w:rPr>
          <w:lang w:val="fr-FR"/>
        </w:rPr>
        <w:t>mock</w:t>
      </w:r>
      <w:proofErr w:type="spellEnd"/>
      <w:r w:rsidR="00FE6587">
        <w:rPr>
          <w:lang w:val="fr-FR"/>
        </w:rPr>
        <w:t>)</w:t>
      </w:r>
      <w:r w:rsidRPr="00FE6587">
        <w:rPr>
          <w:lang w:val="fr-FR"/>
        </w:rPr>
        <w:t>.</w:t>
      </w:r>
    </w:p>
    <w:p w14:paraId="49B84593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Ești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redirecționat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în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dashboardul</w:t>
      </w:r>
      <w:proofErr w:type="spellEnd"/>
      <w:r w:rsidRPr="00FE6587">
        <w:rPr>
          <w:lang w:val="fr-FR"/>
        </w:rPr>
        <w:t xml:space="preserve"> de client — </w:t>
      </w:r>
      <w:proofErr w:type="spellStart"/>
      <w:r w:rsidRPr="00FE6587">
        <w:rPr>
          <w:lang w:val="fr-FR"/>
        </w:rPr>
        <w:t>observă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numele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utilizatorului</w:t>
      </w:r>
      <w:proofErr w:type="spellEnd"/>
      <w:r w:rsidRPr="00FE6587">
        <w:rPr>
          <w:lang w:val="fr-FR"/>
        </w:rPr>
        <w:t xml:space="preserve"> sus-</w:t>
      </w:r>
      <w:proofErr w:type="spellStart"/>
      <w:r w:rsidRPr="00FE6587">
        <w:rPr>
          <w:lang w:val="fr-FR"/>
        </w:rPr>
        <w:t>dreapta</w:t>
      </w:r>
      <w:proofErr w:type="spellEnd"/>
      <w:r w:rsidRPr="00FE6587">
        <w:rPr>
          <w:lang w:val="fr-FR"/>
        </w:rPr>
        <w:t>.</w:t>
      </w:r>
    </w:p>
    <w:p w14:paraId="3D51E521" w14:textId="77777777" w:rsidR="00166FDB" w:rsidRDefault="00000000">
      <w:pPr>
        <w:pStyle w:val="ListNumber"/>
      </w:pPr>
      <w:proofErr w:type="spellStart"/>
      <w:r>
        <w:t>Parcurge</w:t>
      </w:r>
      <w:proofErr w:type="spellEnd"/>
      <w:r>
        <w:t xml:space="preserve"> </w:t>
      </w:r>
      <w:proofErr w:type="spellStart"/>
      <w:r>
        <w:t>meniul</w:t>
      </w:r>
      <w:proofErr w:type="spellEnd"/>
      <w:r>
        <w:t xml:space="preserve"> lateral: Overview, Analize, Facturi, Abonament, Profil — deschide fiecare pagină pe rând.</w:t>
      </w:r>
    </w:p>
    <w:p w14:paraId="09CFFCD5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În</w:t>
      </w:r>
      <w:proofErr w:type="spellEnd"/>
      <w:r w:rsidRPr="00FE6587">
        <w:rPr>
          <w:lang w:val="fr-FR"/>
        </w:rPr>
        <w:t xml:space="preserve"> pagina </w:t>
      </w:r>
      <w:proofErr w:type="gramStart"/>
      <w:r w:rsidRPr="00FE6587">
        <w:rPr>
          <w:lang w:val="fr-FR"/>
        </w:rPr>
        <w:t>Profil:</w:t>
      </w:r>
      <w:proofErr w:type="gram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arată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datele</w:t>
      </w:r>
      <w:proofErr w:type="spellEnd"/>
      <w:r w:rsidRPr="00FE6587">
        <w:rPr>
          <w:lang w:val="fr-FR"/>
        </w:rPr>
        <w:t xml:space="preserve"> personale </w:t>
      </w:r>
      <w:proofErr w:type="spellStart"/>
      <w:r w:rsidRPr="00FE6587">
        <w:rPr>
          <w:lang w:val="fr-FR"/>
        </w:rPr>
        <w:t>și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secțiunea</w:t>
      </w:r>
      <w:proofErr w:type="spellEnd"/>
      <w:r w:rsidRPr="00FE6587">
        <w:rPr>
          <w:lang w:val="fr-FR"/>
        </w:rPr>
        <w:t xml:space="preserve"> GDPR (export date / </w:t>
      </w:r>
      <w:proofErr w:type="spellStart"/>
      <w:r w:rsidRPr="00FE6587">
        <w:rPr>
          <w:lang w:val="fr-FR"/>
        </w:rPr>
        <w:t>solicitare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ștergere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cont</w:t>
      </w:r>
      <w:proofErr w:type="spellEnd"/>
      <w:r w:rsidRPr="00FE6587">
        <w:rPr>
          <w:lang w:val="fr-FR"/>
        </w:rPr>
        <w:t>).</w:t>
      </w:r>
    </w:p>
    <w:p w14:paraId="0B2322B1" w14:textId="77777777" w:rsidR="00166FDB" w:rsidRDefault="00000000">
      <w:pPr>
        <w:pStyle w:val="ListNumber"/>
      </w:pPr>
      <w:proofErr w:type="spellStart"/>
      <w:r w:rsidRPr="00FE6587">
        <w:rPr>
          <w:lang w:val="fr-FR"/>
        </w:rPr>
        <w:t>Apasă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Logout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apoi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încearcă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să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accesezi</w:t>
      </w:r>
      <w:proofErr w:type="spellEnd"/>
      <w:r w:rsidRPr="00FE6587">
        <w:rPr>
          <w:lang w:val="fr-FR"/>
        </w:rPr>
        <w:t xml:space="preserve"> direct /</w:t>
      </w:r>
      <w:proofErr w:type="spellStart"/>
      <w:r w:rsidRPr="00FE6587">
        <w:rPr>
          <w:lang w:val="fr-FR"/>
        </w:rPr>
        <w:t>dashboard</w:t>
      </w:r>
      <w:proofErr w:type="spellEnd"/>
      <w:r w:rsidRPr="00FE6587">
        <w:rPr>
          <w:lang w:val="fr-FR"/>
        </w:rPr>
        <w:t xml:space="preserve"> — </w:t>
      </w:r>
      <w:proofErr w:type="spellStart"/>
      <w:r w:rsidRPr="00FE6587">
        <w:rPr>
          <w:lang w:val="fr-FR"/>
        </w:rPr>
        <w:t>ești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retrimis</w:t>
      </w:r>
      <w:proofErr w:type="spellEnd"/>
      <w:r w:rsidRPr="00FE6587">
        <w:rPr>
          <w:lang w:val="fr-FR"/>
        </w:rPr>
        <w:t xml:space="preserve"> la login (</w:t>
      </w:r>
      <w:proofErr w:type="spellStart"/>
      <w:r w:rsidRPr="00FE6587">
        <w:rPr>
          <w:lang w:val="fr-FR"/>
        </w:rPr>
        <w:t>sesiunea</w:t>
      </w:r>
      <w:proofErr w:type="spellEnd"/>
      <w:r w:rsidRPr="00FE6587">
        <w:rPr>
          <w:lang w:val="fr-FR"/>
        </w:rPr>
        <w:t xml:space="preserve"> e </w:t>
      </w:r>
      <w:proofErr w:type="spellStart"/>
      <w:r w:rsidRPr="00FE6587">
        <w:rPr>
          <w:lang w:val="fr-FR"/>
        </w:rPr>
        <w:t>protejată</w:t>
      </w:r>
      <w:proofErr w:type="spellEnd"/>
      <w:r w:rsidRPr="00FE6587">
        <w:rPr>
          <w:lang w:val="fr-FR"/>
        </w:rPr>
        <w:t xml:space="preserve">). </w:t>
      </w:r>
      <w:proofErr w:type="spellStart"/>
      <w:r>
        <w:t>Autentifică-te</w:t>
      </w:r>
      <w:proofErr w:type="spellEnd"/>
      <w:r>
        <w:t xml:space="preserve"> la loc.</w:t>
      </w:r>
    </w:p>
    <w:p w14:paraId="5DF69353" w14:textId="77777777" w:rsidR="00166FDB" w:rsidRDefault="00000000">
      <w:r>
        <w:rPr>
          <w:i/>
          <w:color w:val="1B7A43"/>
        </w:rPr>
        <w:t>👁 Ce trebuie să se vadă: login-ul se face O SINGURĂ DATĂ prin platforma DiDi (SSO); dashboardul e personalizat pe utilizator.</w:t>
      </w:r>
    </w:p>
    <w:p w14:paraId="577ECBBD" w14:textId="77777777" w:rsidR="00166FDB" w:rsidRPr="00FE6587" w:rsidRDefault="00000000">
      <w:pPr>
        <w:pStyle w:val="Heading1"/>
        <w:rPr>
          <w:lang w:val="fr-FR"/>
        </w:rPr>
      </w:pPr>
      <w:proofErr w:type="spellStart"/>
      <w:r w:rsidRPr="00FE6587">
        <w:rPr>
          <w:lang w:val="fr-FR"/>
        </w:rPr>
        <w:lastRenderedPageBreak/>
        <w:t>Capitolul</w:t>
      </w:r>
      <w:proofErr w:type="spellEnd"/>
      <w:r w:rsidRPr="00FE6587">
        <w:rPr>
          <w:lang w:val="fr-FR"/>
        </w:rPr>
        <w:t xml:space="preserve"> 3 — </w:t>
      </w:r>
      <w:proofErr w:type="spellStart"/>
      <w:r w:rsidRPr="00FE6587">
        <w:rPr>
          <w:lang w:val="fr-FR"/>
        </w:rPr>
        <w:t>Cumpărarea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unui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serviciu</w:t>
      </w:r>
      <w:proofErr w:type="spellEnd"/>
      <w:r w:rsidRPr="00FE6587">
        <w:rPr>
          <w:lang w:val="fr-FR"/>
        </w:rPr>
        <w:t xml:space="preserve"> (e-commerce)</w:t>
      </w:r>
    </w:p>
    <w:p w14:paraId="365B03C7" w14:textId="77777777" w:rsidR="00166FDB" w:rsidRPr="00FE6587" w:rsidRDefault="00000000">
      <w:pPr>
        <w:rPr>
          <w:lang w:val="fr-FR"/>
        </w:rPr>
      </w:pPr>
      <w:r w:rsidRPr="00FE6587">
        <w:rPr>
          <w:i/>
          <w:color w:val="666666"/>
          <w:sz w:val="18"/>
          <w:lang w:val="fr-FR"/>
        </w:rPr>
        <w:t xml:space="preserve">⏱ </w:t>
      </w:r>
      <w:proofErr w:type="spellStart"/>
      <w:proofErr w:type="gramStart"/>
      <w:r w:rsidRPr="00FE6587">
        <w:rPr>
          <w:i/>
          <w:color w:val="666666"/>
          <w:sz w:val="18"/>
          <w:lang w:val="fr-FR"/>
        </w:rPr>
        <w:t>durată</w:t>
      </w:r>
      <w:proofErr w:type="spellEnd"/>
      <w:proofErr w:type="gramEnd"/>
      <w:r w:rsidRPr="00FE6587">
        <w:rPr>
          <w:i/>
          <w:color w:val="666666"/>
          <w:sz w:val="18"/>
          <w:lang w:val="fr-FR"/>
        </w:rPr>
        <w:t xml:space="preserve"> </w:t>
      </w:r>
      <w:proofErr w:type="spellStart"/>
      <w:proofErr w:type="gramStart"/>
      <w:r w:rsidRPr="00FE6587">
        <w:rPr>
          <w:i/>
          <w:color w:val="666666"/>
          <w:sz w:val="18"/>
          <w:lang w:val="fr-FR"/>
        </w:rPr>
        <w:t>orientativă</w:t>
      </w:r>
      <w:proofErr w:type="spellEnd"/>
      <w:r w:rsidRPr="00FE6587">
        <w:rPr>
          <w:i/>
          <w:color w:val="666666"/>
          <w:sz w:val="18"/>
          <w:lang w:val="fr-FR"/>
        </w:rPr>
        <w:t>:</w:t>
      </w:r>
      <w:proofErr w:type="gramEnd"/>
      <w:r w:rsidRPr="00FE6587">
        <w:rPr>
          <w:i/>
          <w:color w:val="666666"/>
          <w:sz w:val="18"/>
          <w:lang w:val="fr-FR"/>
        </w:rPr>
        <w:t xml:space="preserve"> 25 min</w:t>
      </w:r>
    </w:p>
    <w:p w14:paraId="5CACB545" w14:textId="77777777" w:rsidR="00166FDB" w:rsidRPr="00FE6587" w:rsidRDefault="00000000">
      <w:pPr>
        <w:pStyle w:val="ListNumber"/>
        <w:rPr>
          <w:lang w:val="fr-FR"/>
        </w:rPr>
      </w:pPr>
      <w:r w:rsidRPr="00FE6587">
        <w:rPr>
          <w:lang w:val="fr-FR"/>
        </w:rPr>
        <w:t xml:space="preserve">Din </w:t>
      </w:r>
      <w:proofErr w:type="spellStart"/>
      <w:r w:rsidRPr="00FE6587">
        <w:rPr>
          <w:lang w:val="fr-FR"/>
        </w:rPr>
        <w:t>dashboard</w:t>
      </w:r>
      <w:proofErr w:type="spellEnd"/>
      <w:r w:rsidRPr="00FE6587">
        <w:rPr>
          <w:lang w:val="fr-FR"/>
        </w:rPr>
        <w:t xml:space="preserve"> →</w:t>
      </w:r>
      <w:proofErr w:type="gramStart"/>
      <w:r w:rsidRPr="00FE6587">
        <w:rPr>
          <w:lang w:val="fr-FR"/>
        </w:rPr>
        <w:t xml:space="preserve"> «</w:t>
      </w:r>
      <w:proofErr w:type="spellStart"/>
      <w:r w:rsidRPr="00FE6587">
        <w:rPr>
          <w:lang w:val="fr-FR"/>
        </w:rPr>
        <w:t>Achiziționează</w:t>
      </w:r>
      <w:proofErr w:type="spellEnd"/>
      <w:proofErr w:type="gramEnd"/>
      <w:r w:rsidRPr="00FE6587">
        <w:rPr>
          <w:lang w:val="fr-FR"/>
        </w:rPr>
        <w:t xml:space="preserve"> o </w:t>
      </w:r>
      <w:proofErr w:type="spellStart"/>
      <w:proofErr w:type="gramStart"/>
      <w:r w:rsidRPr="00FE6587">
        <w:rPr>
          <w:lang w:val="fr-FR"/>
        </w:rPr>
        <w:t>analiză</w:t>
      </w:r>
      <w:proofErr w:type="spellEnd"/>
      <w:r w:rsidRPr="00FE6587">
        <w:rPr>
          <w:lang w:val="fr-FR"/>
        </w:rPr>
        <w:t>»</w:t>
      </w:r>
      <w:proofErr w:type="gramEnd"/>
      <w:r w:rsidRPr="00FE6587">
        <w:rPr>
          <w:lang w:val="fr-FR"/>
        </w:rPr>
        <w:t xml:space="preserve"> (</w:t>
      </w:r>
      <w:proofErr w:type="spellStart"/>
      <w:r w:rsidRPr="00FE6587">
        <w:rPr>
          <w:lang w:val="fr-FR"/>
        </w:rPr>
        <w:t>sau</w:t>
      </w:r>
      <w:proofErr w:type="spellEnd"/>
      <w:r w:rsidRPr="00FE6587">
        <w:rPr>
          <w:lang w:val="fr-FR"/>
        </w:rPr>
        <w:t xml:space="preserve"> pagina Pricing) — </w:t>
      </w:r>
      <w:proofErr w:type="spellStart"/>
      <w:r w:rsidRPr="00FE6587">
        <w:rPr>
          <w:lang w:val="fr-FR"/>
        </w:rPr>
        <w:t>arată</w:t>
      </w:r>
      <w:proofErr w:type="spellEnd"/>
      <w:r w:rsidRPr="00FE6587">
        <w:rPr>
          <w:lang w:val="fr-FR"/>
        </w:rPr>
        <w:t xml:space="preserve"> </w:t>
      </w:r>
      <w:proofErr w:type="spellStart"/>
      <w:proofErr w:type="gramStart"/>
      <w:r w:rsidRPr="00FE6587">
        <w:rPr>
          <w:lang w:val="fr-FR"/>
        </w:rPr>
        <w:t>catalogul</w:t>
      </w:r>
      <w:proofErr w:type="spellEnd"/>
      <w:r w:rsidRPr="00FE6587">
        <w:rPr>
          <w:lang w:val="fr-FR"/>
        </w:rPr>
        <w:t>:</w:t>
      </w:r>
      <w:proofErr w:type="gramEnd"/>
      <w:r w:rsidRPr="00FE6587">
        <w:rPr>
          <w:lang w:val="fr-FR"/>
        </w:rPr>
        <w:t xml:space="preserve"> 4 </w:t>
      </w:r>
      <w:proofErr w:type="spellStart"/>
      <w:r w:rsidRPr="00FE6587">
        <w:rPr>
          <w:lang w:val="fr-FR"/>
        </w:rPr>
        <w:t>tipuri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servicii</w:t>
      </w:r>
      <w:proofErr w:type="spellEnd"/>
      <w:r w:rsidRPr="00FE6587">
        <w:rPr>
          <w:lang w:val="fr-FR"/>
        </w:rPr>
        <w:t xml:space="preserve"> × </w:t>
      </w:r>
      <w:proofErr w:type="spellStart"/>
      <w:r w:rsidRPr="00FE6587">
        <w:rPr>
          <w:lang w:val="fr-FR"/>
        </w:rPr>
        <w:t>tipuri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conținut</w:t>
      </w:r>
      <w:proofErr w:type="spellEnd"/>
      <w:r w:rsidRPr="00FE6587">
        <w:rPr>
          <w:lang w:val="fr-FR"/>
        </w:rPr>
        <w:t xml:space="preserve"> (</w:t>
      </w:r>
      <w:proofErr w:type="spellStart"/>
      <w:r w:rsidRPr="00FE6587">
        <w:rPr>
          <w:lang w:val="fr-FR"/>
        </w:rPr>
        <w:t>text</w:t>
      </w:r>
      <w:proofErr w:type="spellEnd"/>
      <w:r w:rsidRPr="00FE6587">
        <w:rPr>
          <w:lang w:val="fr-FR"/>
        </w:rPr>
        <w:t>/imagine/audio/</w:t>
      </w:r>
      <w:proofErr w:type="spellStart"/>
      <w:r w:rsidRPr="00FE6587">
        <w:rPr>
          <w:lang w:val="fr-FR"/>
        </w:rPr>
        <w:t>video</w:t>
      </w:r>
      <w:proofErr w:type="spellEnd"/>
      <w:r w:rsidRPr="00FE6587">
        <w:rPr>
          <w:lang w:val="fr-FR"/>
        </w:rPr>
        <w:t xml:space="preserve">), </w:t>
      </w:r>
      <w:proofErr w:type="spellStart"/>
      <w:r w:rsidRPr="00FE6587">
        <w:rPr>
          <w:lang w:val="fr-FR"/>
        </w:rPr>
        <w:t>cu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prețuri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în</w:t>
      </w:r>
      <w:proofErr w:type="spellEnd"/>
      <w:r w:rsidRPr="00FE6587">
        <w:rPr>
          <w:lang w:val="fr-FR"/>
        </w:rPr>
        <w:t xml:space="preserve"> RON.</w:t>
      </w:r>
    </w:p>
    <w:p w14:paraId="68B2F8F2" w14:textId="77777777" w:rsidR="00166FDB" w:rsidRDefault="00000000">
      <w:pPr>
        <w:pStyle w:val="ListNumber"/>
      </w:pPr>
      <w:r>
        <w:t xml:space="preserve">NOTEAZĂ pe </w:t>
      </w:r>
      <w:proofErr w:type="spellStart"/>
      <w:r>
        <w:t>ecran</w:t>
      </w:r>
      <w:proofErr w:type="spellEnd"/>
      <w:r>
        <w:t xml:space="preserve"> </w:t>
      </w:r>
      <w:proofErr w:type="spellStart"/>
      <w:r>
        <w:t>soldul</w:t>
      </w:r>
      <w:proofErr w:type="spellEnd"/>
      <w:r>
        <w:t xml:space="preserve"> de credite curent din dashboard (îl vom compara după plată).</w:t>
      </w:r>
    </w:p>
    <w:p w14:paraId="350556CC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Alege</w:t>
      </w:r>
      <w:proofErr w:type="spellEnd"/>
      <w:proofErr w:type="gramStart"/>
      <w:r w:rsidRPr="00FE6587">
        <w:rPr>
          <w:lang w:val="fr-FR"/>
        </w:rPr>
        <w:t xml:space="preserve"> «</w:t>
      </w:r>
      <w:proofErr w:type="spellStart"/>
      <w:r w:rsidRPr="00FE6587">
        <w:rPr>
          <w:lang w:val="fr-FR"/>
        </w:rPr>
        <w:t>Detecție</w:t>
      </w:r>
      <w:proofErr w:type="spellEnd"/>
      <w:proofErr w:type="gram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Tehnici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Manipulare</w:t>
      </w:r>
      <w:proofErr w:type="spellEnd"/>
      <w:r w:rsidRPr="00FE6587">
        <w:rPr>
          <w:lang w:val="fr-FR"/>
        </w:rPr>
        <w:t xml:space="preserve"> – </w:t>
      </w:r>
      <w:proofErr w:type="gramStart"/>
      <w:r w:rsidRPr="00FE6587">
        <w:rPr>
          <w:lang w:val="fr-FR"/>
        </w:rPr>
        <w:t>TEXT»</w:t>
      </w:r>
      <w:proofErr w:type="gramEnd"/>
      <w:r w:rsidRPr="00FE6587">
        <w:rPr>
          <w:lang w:val="fr-FR"/>
        </w:rPr>
        <w:t xml:space="preserve"> (50 RON) →</w:t>
      </w:r>
      <w:proofErr w:type="gramStart"/>
      <w:r w:rsidRPr="00FE6587">
        <w:rPr>
          <w:lang w:val="fr-FR"/>
        </w:rPr>
        <w:t xml:space="preserve"> «</w:t>
      </w:r>
      <w:proofErr w:type="spellStart"/>
      <w:r w:rsidRPr="00FE6587">
        <w:rPr>
          <w:lang w:val="fr-FR"/>
        </w:rPr>
        <w:t>Cumpără</w:t>
      </w:r>
      <w:proofErr w:type="spellEnd"/>
      <w:proofErr w:type="gramEnd"/>
      <w:r w:rsidRPr="00FE6587">
        <w:rPr>
          <w:lang w:val="fr-FR"/>
        </w:rPr>
        <w:t>».</w:t>
      </w:r>
    </w:p>
    <w:p w14:paraId="28DFA5C1" w14:textId="77777777" w:rsidR="00166FDB" w:rsidRDefault="00000000">
      <w:pPr>
        <w:pStyle w:val="ListNumber"/>
      </w:pPr>
      <w:r>
        <w:t xml:space="preserve">Se </w:t>
      </w:r>
      <w:proofErr w:type="spellStart"/>
      <w:r>
        <w:t>deschide</w:t>
      </w:r>
      <w:proofErr w:type="spellEnd"/>
      <w:r>
        <w:t xml:space="preserve"> </w:t>
      </w:r>
      <w:proofErr w:type="spellStart"/>
      <w:r>
        <w:t>pagina</w:t>
      </w:r>
      <w:proofErr w:type="spellEnd"/>
      <w:r>
        <w:t xml:space="preserve"> </w:t>
      </w:r>
      <w:proofErr w:type="spellStart"/>
      <w:r>
        <w:t>securizată</w:t>
      </w:r>
      <w:proofErr w:type="spellEnd"/>
      <w:r>
        <w:t xml:space="preserve"> de plată Stripe — completează cardul de test 4242 4242 4242 4242, orice dată viitoare, orice CVC, nume oarecare.</w:t>
      </w:r>
    </w:p>
    <w:p w14:paraId="26E6A831" w14:textId="77777777" w:rsidR="00166FDB" w:rsidRDefault="00000000">
      <w:pPr>
        <w:pStyle w:val="ListNumber"/>
      </w:pPr>
      <w:r>
        <w:t>Finalizează plata → revii în site pe ecranul «Plata confirmată!» cu referința tranzacției.</w:t>
      </w:r>
    </w:p>
    <w:p w14:paraId="79CF39C9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Întoarce</w:t>
      </w:r>
      <w:proofErr w:type="spellEnd"/>
      <w:r w:rsidRPr="00FE6587">
        <w:rPr>
          <w:lang w:val="fr-FR"/>
        </w:rPr>
        <w:t xml:space="preserve">-te </w:t>
      </w:r>
      <w:proofErr w:type="spellStart"/>
      <w:r w:rsidRPr="00FE6587">
        <w:rPr>
          <w:lang w:val="fr-FR"/>
        </w:rPr>
        <w:t>în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dashboard</w:t>
      </w:r>
      <w:proofErr w:type="spellEnd"/>
      <w:r w:rsidRPr="00FE6587">
        <w:rPr>
          <w:lang w:val="fr-FR"/>
        </w:rPr>
        <w:t xml:space="preserve"> → </w:t>
      </w:r>
      <w:proofErr w:type="gramStart"/>
      <w:r w:rsidRPr="00FE6587">
        <w:rPr>
          <w:lang w:val="fr-FR"/>
        </w:rPr>
        <w:t>Analize:</w:t>
      </w:r>
      <w:proofErr w:type="gram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serviciul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cumpărat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apare</w:t>
      </w:r>
      <w:proofErr w:type="spellEnd"/>
      <w:r w:rsidRPr="00FE6587">
        <w:rPr>
          <w:lang w:val="fr-FR"/>
        </w:rPr>
        <w:t xml:space="preserve"> </w:t>
      </w:r>
      <w:proofErr w:type="spellStart"/>
      <w:proofErr w:type="gramStart"/>
      <w:r w:rsidRPr="00FE6587">
        <w:rPr>
          <w:lang w:val="fr-FR"/>
        </w:rPr>
        <w:t>ca</w:t>
      </w:r>
      <w:proofErr w:type="spellEnd"/>
      <w:r w:rsidRPr="00FE6587">
        <w:rPr>
          <w:lang w:val="fr-FR"/>
        </w:rPr>
        <w:t xml:space="preserve"> «</w:t>
      </w:r>
      <w:proofErr w:type="spellStart"/>
      <w:r w:rsidRPr="00FE6587">
        <w:rPr>
          <w:lang w:val="fr-FR"/>
        </w:rPr>
        <w:t>Disponibilă</w:t>
      </w:r>
      <w:proofErr w:type="spellEnd"/>
      <w:proofErr w:type="gramEnd"/>
      <w:r w:rsidRPr="00FE6587">
        <w:rPr>
          <w:lang w:val="fr-FR"/>
        </w:rPr>
        <w:t xml:space="preserve">», </w:t>
      </w:r>
      <w:proofErr w:type="spellStart"/>
      <w:r w:rsidRPr="00FE6587">
        <w:rPr>
          <w:lang w:val="fr-FR"/>
        </w:rPr>
        <w:t>legat</w:t>
      </w:r>
      <w:proofErr w:type="spellEnd"/>
      <w:r w:rsidRPr="00FE6587">
        <w:rPr>
          <w:lang w:val="fr-FR"/>
        </w:rPr>
        <w:t xml:space="preserve"> de factura </w:t>
      </w:r>
      <w:proofErr w:type="spellStart"/>
      <w:r w:rsidRPr="00FE6587">
        <w:rPr>
          <w:lang w:val="fr-FR"/>
        </w:rPr>
        <w:t>emisă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automat</w:t>
      </w:r>
      <w:proofErr w:type="spellEnd"/>
      <w:r w:rsidRPr="00FE6587">
        <w:rPr>
          <w:lang w:val="fr-FR"/>
        </w:rPr>
        <w:t>.</w:t>
      </w:r>
    </w:p>
    <w:p w14:paraId="1DE8D9FE" w14:textId="77777777" w:rsidR="00166FDB" w:rsidRDefault="00000000">
      <w:pPr>
        <w:pStyle w:val="ListNumber"/>
      </w:pPr>
      <w:proofErr w:type="spellStart"/>
      <w:r>
        <w:t>Reîmprospătează</w:t>
      </w:r>
      <w:proofErr w:type="spellEnd"/>
      <w:r>
        <w:t xml:space="preserve"> </w:t>
      </w:r>
      <w:proofErr w:type="spellStart"/>
      <w:r>
        <w:t>soldul</w:t>
      </w:r>
      <w:proofErr w:type="spellEnd"/>
      <w:r>
        <w:t xml:space="preserve"> de </w:t>
      </w:r>
      <w:proofErr w:type="spellStart"/>
      <w:r>
        <w:t>credite</w:t>
      </w:r>
      <w:proofErr w:type="spellEnd"/>
      <w:r>
        <w:t>: a CRESCUT automat (sincronizare cu platforma DiDi).</w:t>
      </w:r>
    </w:p>
    <w:p w14:paraId="08FFB66D" w14:textId="77777777" w:rsidR="00166FDB" w:rsidRPr="00FE6587" w:rsidRDefault="00000000">
      <w:pPr>
        <w:pStyle w:val="ListNumber"/>
        <w:rPr>
          <w:lang w:val="fr-FR"/>
        </w:rPr>
      </w:pPr>
      <w:r w:rsidRPr="00FE6587">
        <w:rPr>
          <w:lang w:val="fr-FR"/>
        </w:rPr>
        <w:t>OPȚIONAL (</w:t>
      </w:r>
      <w:proofErr w:type="spellStart"/>
      <w:r w:rsidRPr="00FE6587">
        <w:rPr>
          <w:lang w:val="fr-FR"/>
        </w:rPr>
        <w:t>demonstrație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siguranță</w:t>
      </w:r>
      <w:proofErr w:type="spellEnd"/>
      <w:proofErr w:type="gramStart"/>
      <w:r w:rsidRPr="00FE6587">
        <w:rPr>
          <w:lang w:val="fr-FR"/>
        </w:rPr>
        <w:t>):</w:t>
      </w:r>
      <w:proofErr w:type="gram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repetă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cumpărarea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cu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cardul</w:t>
      </w:r>
      <w:proofErr w:type="spellEnd"/>
      <w:r w:rsidRPr="00FE6587">
        <w:rPr>
          <w:lang w:val="fr-FR"/>
        </w:rPr>
        <w:t xml:space="preserve"> REFUZAT 4000 0000 0000 0002 — Stripe </w:t>
      </w:r>
      <w:proofErr w:type="spellStart"/>
      <w:r w:rsidRPr="00FE6587">
        <w:rPr>
          <w:lang w:val="fr-FR"/>
        </w:rPr>
        <w:t>afișează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refuzul</w:t>
      </w:r>
      <w:proofErr w:type="spellEnd"/>
      <w:r w:rsidRPr="00FE6587">
        <w:rPr>
          <w:lang w:val="fr-FR"/>
        </w:rPr>
        <w:t xml:space="preserve">, nu se </w:t>
      </w:r>
      <w:proofErr w:type="spellStart"/>
      <w:r w:rsidRPr="00FE6587">
        <w:rPr>
          <w:lang w:val="fr-FR"/>
        </w:rPr>
        <w:t>emite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factură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creditele</w:t>
      </w:r>
      <w:proofErr w:type="spellEnd"/>
      <w:r w:rsidRPr="00FE6587">
        <w:rPr>
          <w:lang w:val="fr-FR"/>
        </w:rPr>
        <w:t xml:space="preserve"> nu se </w:t>
      </w:r>
      <w:proofErr w:type="spellStart"/>
      <w:r w:rsidRPr="00FE6587">
        <w:rPr>
          <w:lang w:val="fr-FR"/>
        </w:rPr>
        <w:t>modifică</w:t>
      </w:r>
      <w:proofErr w:type="spellEnd"/>
      <w:r w:rsidRPr="00FE6587">
        <w:rPr>
          <w:lang w:val="fr-FR"/>
        </w:rPr>
        <w:t>.</w:t>
      </w:r>
    </w:p>
    <w:p w14:paraId="55061C35" w14:textId="77777777" w:rsidR="00166FDB" w:rsidRPr="00FE6587" w:rsidRDefault="00000000">
      <w:pPr>
        <w:rPr>
          <w:lang w:val="fr-FR"/>
        </w:rPr>
      </w:pPr>
      <w:r>
        <w:rPr>
          <w:i/>
          <w:color w:val="1B7A43"/>
        </w:rPr>
        <w:t>👁</w:t>
      </w:r>
      <w:r w:rsidRPr="00FE6587">
        <w:rPr>
          <w:i/>
          <w:color w:val="1B7A43"/>
          <w:lang w:val="fr-FR"/>
        </w:rPr>
        <w:t xml:space="preserve"> Ce </w:t>
      </w:r>
      <w:proofErr w:type="spellStart"/>
      <w:r w:rsidRPr="00FE6587">
        <w:rPr>
          <w:i/>
          <w:color w:val="1B7A43"/>
          <w:lang w:val="fr-FR"/>
        </w:rPr>
        <w:t>trebuie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să</w:t>
      </w:r>
      <w:proofErr w:type="spellEnd"/>
      <w:r w:rsidRPr="00FE6587">
        <w:rPr>
          <w:i/>
          <w:color w:val="1B7A43"/>
          <w:lang w:val="fr-FR"/>
        </w:rPr>
        <w:t xml:space="preserve"> se </w:t>
      </w:r>
      <w:proofErr w:type="spellStart"/>
      <w:r w:rsidRPr="00FE6587">
        <w:rPr>
          <w:i/>
          <w:color w:val="1B7A43"/>
          <w:lang w:val="fr-FR"/>
        </w:rPr>
        <w:t>vadă</w:t>
      </w:r>
      <w:proofErr w:type="spellEnd"/>
      <w:r w:rsidRPr="00FE6587">
        <w:rPr>
          <w:i/>
          <w:color w:val="1B7A43"/>
          <w:lang w:val="fr-FR"/>
        </w:rPr>
        <w:t xml:space="preserve">: </w:t>
      </w:r>
      <w:proofErr w:type="spellStart"/>
      <w:r w:rsidRPr="00FE6587">
        <w:rPr>
          <w:i/>
          <w:color w:val="1B7A43"/>
          <w:lang w:val="fr-FR"/>
        </w:rPr>
        <w:t>plata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securizată</w:t>
      </w:r>
      <w:proofErr w:type="spellEnd"/>
      <w:r w:rsidRPr="00FE6587">
        <w:rPr>
          <w:i/>
          <w:color w:val="1B7A43"/>
          <w:lang w:val="fr-FR"/>
        </w:rPr>
        <w:t xml:space="preserve"> prin Stripe; </w:t>
      </w:r>
      <w:proofErr w:type="spellStart"/>
      <w:r w:rsidRPr="00FE6587">
        <w:rPr>
          <w:i/>
          <w:color w:val="1B7A43"/>
          <w:lang w:val="fr-FR"/>
        </w:rPr>
        <w:t>confirmare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imediată</w:t>
      </w:r>
      <w:proofErr w:type="spellEnd"/>
      <w:r w:rsidRPr="00FE6587">
        <w:rPr>
          <w:i/>
          <w:color w:val="1B7A43"/>
          <w:lang w:val="fr-FR"/>
        </w:rPr>
        <w:t xml:space="preserve">; </w:t>
      </w:r>
      <w:proofErr w:type="spellStart"/>
      <w:r w:rsidRPr="00FE6587">
        <w:rPr>
          <w:i/>
          <w:color w:val="1B7A43"/>
          <w:lang w:val="fr-FR"/>
        </w:rPr>
        <w:t>creditele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cresc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automat</w:t>
      </w:r>
      <w:proofErr w:type="spellEnd"/>
      <w:r w:rsidRPr="00FE6587">
        <w:rPr>
          <w:i/>
          <w:color w:val="1B7A43"/>
          <w:lang w:val="fr-FR"/>
        </w:rPr>
        <w:t xml:space="preserve">; </w:t>
      </w:r>
      <w:proofErr w:type="spellStart"/>
      <w:r w:rsidRPr="00FE6587">
        <w:rPr>
          <w:i/>
          <w:color w:val="1B7A43"/>
          <w:lang w:val="fr-FR"/>
        </w:rPr>
        <w:t>refuzul</w:t>
      </w:r>
      <w:proofErr w:type="spellEnd"/>
      <w:r w:rsidRPr="00FE6587">
        <w:rPr>
          <w:i/>
          <w:color w:val="1B7A43"/>
          <w:lang w:val="fr-FR"/>
        </w:rPr>
        <w:t xml:space="preserve"> de </w:t>
      </w:r>
      <w:proofErr w:type="spellStart"/>
      <w:r w:rsidRPr="00FE6587">
        <w:rPr>
          <w:i/>
          <w:color w:val="1B7A43"/>
          <w:lang w:val="fr-FR"/>
        </w:rPr>
        <w:t>plată</w:t>
      </w:r>
      <w:proofErr w:type="spellEnd"/>
      <w:r w:rsidRPr="00FE6587">
        <w:rPr>
          <w:i/>
          <w:color w:val="1B7A43"/>
          <w:lang w:val="fr-FR"/>
        </w:rPr>
        <w:t xml:space="preserve"> nu </w:t>
      </w:r>
      <w:proofErr w:type="spellStart"/>
      <w:proofErr w:type="gramStart"/>
      <w:r w:rsidRPr="00FE6587">
        <w:rPr>
          <w:i/>
          <w:color w:val="1B7A43"/>
          <w:lang w:val="fr-FR"/>
        </w:rPr>
        <w:t>produce</w:t>
      </w:r>
      <w:proofErr w:type="spellEnd"/>
      <w:proofErr w:type="gram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efecte</w:t>
      </w:r>
      <w:proofErr w:type="spellEnd"/>
      <w:r w:rsidRPr="00FE6587">
        <w:rPr>
          <w:i/>
          <w:color w:val="1B7A43"/>
          <w:lang w:val="fr-FR"/>
        </w:rPr>
        <w:t>.</w:t>
      </w:r>
    </w:p>
    <w:p w14:paraId="66750853" w14:textId="77777777" w:rsidR="00166FDB" w:rsidRPr="00FE6587" w:rsidRDefault="00000000">
      <w:pPr>
        <w:pStyle w:val="Heading1"/>
        <w:rPr>
          <w:lang w:val="fr-FR"/>
        </w:rPr>
      </w:pPr>
      <w:proofErr w:type="spellStart"/>
      <w:r w:rsidRPr="00FE6587">
        <w:rPr>
          <w:lang w:val="fr-FR"/>
        </w:rPr>
        <w:t>Capitolul</w:t>
      </w:r>
      <w:proofErr w:type="spellEnd"/>
      <w:r w:rsidRPr="00FE6587">
        <w:rPr>
          <w:lang w:val="fr-FR"/>
        </w:rPr>
        <w:t xml:space="preserve"> 4 — Factura </w:t>
      </w:r>
      <w:proofErr w:type="spellStart"/>
      <w:r w:rsidRPr="00FE6587">
        <w:rPr>
          <w:lang w:val="fr-FR"/>
        </w:rPr>
        <w:t>și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emailul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confirmare</w:t>
      </w:r>
      <w:proofErr w:type="spellEnd"/>
    </w:p>
    <w:p w14:paraId="32CD47A6" w14:textId="77777777" w:rsidR="00166FDB" w:rsidRDefault="00000000">
      <w:r>
        <w:rPr>
          <w:i/>
          <w:color w:val="666666"/>
          <w:sz w:val="18"/>
        </w:rPr>
        <w:t xml:space="preserve">⏱ </w:t>
      </w:r>
      <w:proofErr w:type="spellStart"/>
      <w:r>
        <w:rPr>
          <w:i/>
          <w:color w:val="666666"/>
          <w:sz w:val="18"/>
        </w:rPr>
        <w:t>durată</w:t>
      </w:r>
      <w:proofErr w:type="spellEnd"/>
      <w:r>
        <w:rPr>
          <w:i/>
          <w:color w:val="666666"/>
          <w:sz w:val="18"/>
        </w:rPr>
        <w:t xml:space="preserve"> </w:t>
      </w:r>
      <w:proofErr w:type="spellStart"/>
      <w:r>
        <w:rPr>
          <w:i/>
          <w:color w:val="666666"/>
          <w:sz w:val="18"/>
        </w:rPr>
        <w:t>orientativă</w:t>
      </w:r>
      <w:proofErr w:type="spellEnd"/>
      <w:r>
        <w:rPr>
          <w:i/>
          <w:color w:val="666666"/>
          <w:sz w:val="18"/>
        </w:rPr>
        <w:t>: 15 min</w:t>
      </w:r>
    </w:p>
    <w:p w14:paraId="08426993" w14:textId="77777777" w:rsidR="00166FDB" w:rsidRPr="00FE6587" w:rsidRDefault="00000000">
      <w:pPr>
        <w:pStyle w:val="ListNumber"/>
        <w:rPr>
          <w:lang w:val="fr-FR"/>
        </w:rPr>
      </w:pPr>
      <w:r w:rsidRPr="00FE6587">
        <w:rPr>
          <w:lang w:val="fr-FR"/>
        </w:rPr>
        <w:t xml:space="preserve">Dashboard → </w:t>
      </w:r>
      <w:proofErr w:type="spellStart"/>
      <w:proofErr w:type="gramStart"/>
      <w:r w:rsidRPr="00FE6587">
        <w:rPr>
          <w:lang w:val="fr-FR"/>
        </w:rPr>
        <w:t>Facturi</w:t>
      </w:r>
      <w:proofErr w:type="spellEnd"/>
      <w:r w:rsidRPr="00FE6587">
        <w:rPr>
          <w:lang w:val="fr-FR"/>
        </w:rPr>
        <w:t>:</w:t>
      </w:r>
      <w:proofErr w:type="gramEnd"/>
      <w:r w:rsidRPr="00FE6587">
        <w:rPr>
          <w:lang w:val="fr-FR"/>
        </w:rPr>
        <w:t xml:space="preserve"> factura </w:t>
      </w:r>
      <w:proofErr w:type="spellStart"/>
      <w:r w:rsidRPr="00FE6587">
        <w:rPr>
          <w:lang w:val="fr-FR"/>
        </w:rPr>
        <w:t>emisă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automat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pentru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plata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adineauri</w:t>
      </w:r>
      <w:proofErr w:type="spellEnd"/>
      <w:r w:rsidRPr="00FE6587">
        <w:rPr>
          <w:lang w:val="fr-FR"/>
        </w:rPr>
        <w:t xml:space="preserve"> (</w:t>
      </w:r>
      <w:proofErr w:type="spellStart"/>
      <w:r w:rsidRPr="00FE6587">
        <w:rPr>
          <w:lang w:val="fr-FR"/>
        </w:rPr>
        <w:t>serie</w:t>
      </w:r>
      <w:proofErr w:type="spellEnd"/>
      <w:r w:rsidRPr="00FE6587">
        <w:rPr>
          <w:lang w:val="fr-FR"/>
        </w:rPr>
        <w:t xml:space="preserve"> DIDI-INV-...).</w:t>
      </w:r>
    </w:p>
    <w:p w14:paraId="76D8DDB4" w14:textId="1B397EED" w:rsidR="00166FDB" w:rsidRPr="00FE6587" w:rsidRDefault="00FE6587">
      <w:pPr>
        <w:pStyle w:val="ListNumber"/>
        <w:rPr>
          <w:lang w:val="fr-FR"/>
        </w:rPr>
      </w:pPr>
      <w:r>
        <w:rPr>
          <w:lang w:val="fr-FR"/>
        </w:rPr>
        <w:t xml:space="preserve">Se </w:t>
      </w:r>
      <w:proofErr w:type="spellStart"/>
      <w:r>
        <w:rPr>
          <w:lang w:val="fr-FR"/>
        </w:rPr>
        <w:t>d</w:t>
      </w:r>
      <w:r w:rsidR="00000000" w:rsidRPr="00FE6587">
        <w:rPr>
          <w:lang w:val="fr-FR"/>
        </w:rPr>
        <w:t>eschide</w:t>
      </w:r>
      <w:proofErr w:type="spellEnd"/>
      <w:r w:rsidR="00000000" w:rsidRPr="00FE6587">
        <w:rPr>
          <w:lang w:val="fr-FR"/>
        </w:rPr>
        <w:t xml:space="preserve"> </w:t>
      </w:r>
      <w:proofErr w:type="spellStart"/>
      <w:r w:rsidR="00000000" w:rsidRPr="00FE6587">
        <w:rPr>
          <w:lang w:val="fr-FR"/>
        </w:rPr>
        <w:t>într</w:t>
      </w:r>
      <w:proofErr w:type="spellEnd"/>
      <w:r w:rsidR="00000000" w:rsidRPr="00FE6587">
        <w:rPr>
          <w:lang w:val="fr-FR"/>
        </w:rPr>
        <w:t xml:space="preserve">-un tab </w:t>
      </w:r>
      <w:proofErr w:type="spellStart"/>
      <w:r w:rsidR="00000000" w:rsidRPr="00FE6587">
        <w:rPr>
          <w:lang w:val="fr-FR"/>
        </w:rPr>
        <w:t>nou</w:t>
      </w:r>
      <w:proofErr w:type="spellEnd"/>
      <w:r w:rsidR="00000000" w:rsidRPr="00FE6587">
        <w:rPr>
          <w:lang w:val="fr-FR"/>
        </w:rPr>
        <w:t xml:space="preserve"> </w:t>
      </w:r>
      <w:proofErr w:type="spellStart"/>
      <w:r w:rsidR="00000000" w:rsidRPr="00FE6587">
        <w:rPr>
          <w:lang w:val="fr-FR"/>
        </w:rPr>
        <w:t>inbox-ul</w:t>
      </w:r>
      <w:proofErr w:type="spellEnd"/>
      <w:r w:rsidR="00000000" w:rsidRPr="00FE6587">
        <w:rPr>
          <w:lang w:val="fr-FR"/>
        </w:rPr>
        <w:t xml:space="preserve"> de test (</w:t>
      </w:r>
      <w:proofErr w:type="spellStart"/>
      <w:r w:rsidR="00000000" w:rsidRPr="00FE6587">
        <w:rPr>
          <w:lang w:val="fr-FR"/>
        </w:rPr>
        <w:t>Mailpit</w:t>
      </w:r>
      <w:proofErr w:type="spellEnd"/>
      <w:r w:rsidR="00000000" w:rsidRPr="00FE6587">
        <w:rPr>
          <w:lang w:val="fr-FR"/>
        </w:rPr>
        <w:t>).</w:t>
      </w:r>
    </w:p>
    <w:p w14:paraId="78BE3028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Deschide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emailul</w:t>
      </w:r>
      <w:proofErr w:type="spellEnd"/>
      <w:proofErr w:type="gramStart"/>
      <w:r w:rsidRPr="00FE6587">
        <w:rPr>
          <w:lang w:val="fr-FR"/>
        </w:rPr>
        <w:t xml:space="preserve"> «</w:t>
      </w:r>
      <w:proofErr w:type="spellStart"/>
      <w:r w:rsidRPr="00FE6587">
        <w:rPr>
          <w:lang w:val="fr-FR"/>
        </w:rPr>
        <w:t>DiDi</w:t>
      </w:r>
      <w:proofErr w:type="spellEnd"/>
      <w:proofErr w:type="gramEnd"/>
      <w:r w:rsidRPr="00FE6587">
        <w:rPr>
          <w:lang w:val="fr-FR"/>
        </w:rPr>
        <w:t xml:space="preserve"> — </w:t>
      </w:r>
      <w:proofErr w:type="spellStart"/>
      <w:r w:rsidRPr="00FE6587">
        <w:rPr>
          <w:lang w:val="fr-FR"/>
        </w:rPr>
        <w:t>Confirmare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plată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și</w:t>
      </w:r>
      <w:proofErr w:type="spellEnd"/>
      <w:r w:rsidRPr="00FE6587">
        <w:rPr>
          <w:lang w:val="fr-FR"/>
        </w:rPr>
        <w:t xml:space="preserve"> factura DIDI-INV-</w:t>
      </w:r>
      <w:proofErr w:type="gramStart"/>
      <w:r w:rsidRPr="00FE6587">
        <w:rPr>
          <w:lang w:val="fr-FR"/>
        </w:rPr>
        <w:t>...»</w:t>
      </w:r>
      <w:proofErr w:type="gramEnd"/>
      <w:r w:rsidRPr="00FE6587">
        <w:rPr>
          <w:lang w:val="fr-FR"/>
        </w:rPr>
        <w:t xml:space="preserve"> — </w:t>
      </w:r>
      <w:proofErr w:type="spellStart"/>
      <w:r w:rsidRPr="00FE6587">
        <w:rPr>
          <w:lang w:val="fr-FR"/>
        </w:rPr>
        <w:t>citește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conținutul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în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română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cu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suma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corectă</w:t>
      </w:r>
      <w:proofErr w:type="spellEnd"/>
      <w:r w:rsidRPr="00FE6587">
        <w:rPr>
          <w:lang w:val="fr-FR"/>
        </w:rPr>
        <w:t>.</w:t>
      </w:r>
    </w:p>
    <w:p w14:paraId="334A72C8" w14:textId="77777777" w:rsidR="00166FDB" w:rsidRDefault="00000000">
      <w:pPr>
        <w:pStyle w:val="ListNumber"/>
      </w:pPr>
      <w:proofErr w:type="spellStart"/>
      <w:r>
        <w:t>Deschide</w:t>
      </w:r>
      <w:proofErr w:type="spellEnd"/>
      <w:r>
        <w:t xml:space="preserve"> </w:t>
      </w:r>
      <w:proofErr w:type="spellStart"/>
      <w:r>
        <w:t>atașamentul</w:t>
      </w:r>
      <w:proofErr w:type="spellEnd"/>
      <w:r>
        <w:t xml:space="preserve"> PDF: factura fiscală cu antet, date firmă, TVA 21% inclus în preț.</w:t>
      </w:r>
    </w:p>
    <w:p w14:paraId="4A222D0F" w14:textId="77777777" w:rsidR="00166FDB" w:rsidRDefault="00000000">
      <w:pPr>
        <w:rPr>
          <w:color w:val="666666"/>
          <w:sz w:val="20"/>
        </w:rPr>
      </w:pPr>
      <w:r>
        <w:rPr>
          <w:color w:val="666666"/>
          <w:sz w:val="20"/>
        </w:rPr>
        <w:t xml:space="preserve">ℹ În producție aceleași emailuri pleacă prin SendGrid către adresa reală a clientului — se </w:t>
      </w:r>
      <w:proofErr w:type="spellStart"/>
      <w:r>
        <w:rPr>
          <w:color w:val="666666"/>
          <w:sz w:val="20"/>
        </w:rPr>
        <w:t>schimbă</w:t>
      </w:r>
      <w:proofErr w:type="spellEnd"/>
      <w:r>
        <w:rPr>
          <w:color w:val="666666"/>
          <w:sz w:val="20"/>
        </w:rPr>
        <w:t xml:space="preserve"> </w:t>
      </w:r>
      <w:proofErr w:type="spellStart"/>
      <w:r>
        <w:rPr>
          <w:color w:val="666666"/>
          <w:sz w:val="20"/>
        </w:rPr>
        <w:t>doar</w:t>
      </w:r>
      <w:proofErr w:type="spellEnd"/>
      <w:r>
        <w:rPr>
          <w:color w:val="666666"/>
          <w:sz w:val="20"/>
        </w:rPr>
        <w:t xml:space="preserve"> </w:t>
      </w:r>
      <w:proofErr w:type="spellStart"/>
      <w:r>
        <w:rPr>
          <w:color w:val="666666"/>
          <w:sz w:val="20"/>
        </w:rPr>
        <w:t>configurarea</w:t>
      </w:r>
      <w:proofErr w:type="spellEnd"/>
      <w:r>
        <w:rPr>
          <w:color w:val="666666"/>
          <w:sz w:val="20"/>
        </w:rPr>
        <w:t xml:space="preserve"> SMTP.</w:t>
      </w:r>
    </w:p>
    <w:p w14:paraId="771D7788" w14:textId="77777777" w:rsidR="00FE6587" w:rsidRDefault="00FE6587"/>
    <w:p w14:paraId="1C278074" w14:textId="77777777" w:rsidR="00166FDB" w:rsidRDefault="00000000">
      <w:pPr>
        <w:pStyle w:val="Heading1"/>
      </w:pPr>
      <w:r>
        <w:lastRenderedPageBreak/>
        <w:t>Capitolul 5 — Rularea unei analize AI și raportul</w:t>
      </w:r>
    </w:p>
    <w:p w14:paraId="32779A1D" w14:textId="77777777" w:rsidR="00166FDB" w:rsidRDefault="00000000">
      <w:r>
        <w:rPr>
          <w:i/>
          <w:color w:val="666666"/>
          <w:sz w:val="18"/>
        </w:rPr>
        <w:t>⏱ durată orientativă: 25 min</w:t>
      </w:r>
    </w:p>
    <w:p w14:paraId="31601850" w14:textId="77777777" w:rsidR="00166FDB" w:rsidRDefault="00000000">
      <w:pPr>
        <w:pStyle w:val="ListNumber"/>
      </w:pPr>
      <w:r>
        <w:t>Dashboard → Analize → deschide analiza «Disponibilă» cumpărată la Capitolul 3.</w:t>
      </w:r>
    </w:p>
    <w:p w14:paraId="4E917D5E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Observă</w:t>
      </w:r>
      <w:proofErr w:type="spellEnd"/>
      <w:r w:rsidRPr="00FE6587">
        <w:rPr>
          <w:lang w:val="fr-FR"/>
        </w:rPr>
        <w:t xml:space="preserve"> </w:t>
      </w:r>
      <w:proofErr w:type="spellStart"/>
      <w:proofErr w:type="gramStart"/>
      <w:r w:rsidRPr="00FE6587">
        <w:rPr>
          <w:lang w:val="fr-FR"/>
        </w:rPr>
        <w:t>avertismentul</w:t>
      </w:r>
      <w:proofErr w:type="spellEnd"/>
      <w:r w:rsidRPr="00FE6587">
        <w:rPr>
          <w:lang w:val="fr-FR"/>
        </w:rPr>
        <w:t>:</w:t>
      </w:r>
      <w:proofErr w:type="gram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după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pornire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analiza</w:t>
      </w:r>
      <w:proofErr w:type="spellEnd"/>
      <w:r w:rsidRPr="00FE6587">
        <w:rPr>
          <w:lang w:val="fr-FR"/>
        </w:rPr>
        <w:t xml:space="preserve"> se </w:t>
      </w:r>
      <w:proofErr w:type="spellStart"/>
      <w:r w:rsidRPr="00FE6587">
        <w:rPr>
          <w:lang w:val="fr-FR"/>
        </w:rPr>
        <w:t>consumă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din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factură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și</w:t>
      </w:r>
      <w:proofErr w:type="spellEnd"/>
      <w:r w:rsidRPr="00FE6587">
        <w:rPr>
          <w:lang w:val="fr-FR"/>
        </w:rPr>
        <w:t xml:space="preserve"> nu mai </w:t>
      </w:r>
      <w:proofErr w:type="spellStart"/>
      <w:r w:rsidRPr="00FE6587">
        <w:rPr>
          <w:lang w:val="fr-FR"/>
        </w:rPr>
        <w:t>poate</w:t>
      </w:r>
      <w:proofErr w:type="spellEnd"/>
      <w:r w:rsidRPr="00FE6587">
        <w:rPr>
          <w:lang w:val="fr-FR"/>
        </w:rPr>
        <w:t xml:space="preserve"> fi </w:t>
      </w:r>
      <w:proofErr w:type="spellStart"/>
      <w:r w:rsidRPr="00FE6587">
        <w:rPr>
          <w:lang w:val="fr-FR"/>
        </w:rPr>
        <w:t>refolosită</w:t>
      </w:r>
      <w:proofErr w:type="spellEnd"/>
      <w:r w:rsidRPr="00FE6587">
        <w:rPr>
          <w:lang w:val="fr-FR"/>
        </w:rPr>
        <w:t>.</w:t>
      </w:r>
    </w:p>
    <w:p w14:paraId="3E8363DA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Lipește</w:t>
      </w:r>
      <w:proofErr w:type="spellEnd"/>
      <w:r w:rsidRPr="00FE6587">
        <w:rPr>
          <w:lang w:val="fr-FR"/>
        </w:rPr>
        <w:t xml:space="preserve"> un </w:t>
      </w:r>
      <w:proofErr w:type="spellStart"/>
      <w:r w:rsidRPr="00FE6587">
        <w:rPr>
          <w:lang w:val="fr-FR"/>
        </w:rPr>
        <w:t>text</w:t>
      </w:r>
      <w:proofErr w:type="spellEnd"/>
      <w:r w:rsidRPr="00FE6587">
        <w:rPr>
          <w:lang w:val="fr-FR"/>
        </w:rPr>
        <w:t xml:space="preserve"> de test, de </w:t>
      </w:r>
      <w:proofErr w:type="spellStart"/>
      <w:proofErr w:type="gramStart"/>
      <w:r w:rsidRPr="00FE6587">
        <w:rPr>
          <w:lang w:val="fr-FR"/>
        </w:rPr>
        <w:t>exemplu</w:t>
      </w:r>
      <w:proofErr w:type="spellEnd"/>
      <w:r w:rsidRPr="00FE6587">
        <w:rPr>
          <w:lang w:val="fr-FR"/>
        </w:rPr>
        <w:t>: «BREAKING</w:t>
      </w:r>
      <w:proofErr w:type="gramEnd"/>
      <w:r w:rsidRPr="00FE6587">
        <w:rPr>
          <w:lang w:val="fr-FR"/>
        </w:rPr>
        <w:t xml:space="preserve">: </w:t>
      </w:r>
      <w:proofErr w:type="spellStart"/>
      <w:r w:rsidRPr="00FE6587">
        <w:rPr>
          <w:lang w:val="fr-FR"/>
        </w:rPr>
        <w:t>cipuri</w:t>
      </w:r>
      <w:proofErr w:type="spellEnd"/>
      <w:r w:rsidRPr="00FE6587">
        <w:rPr>
          <w:lang w:val="fr-FR"/>
        </w:rPr>
        <w:t xml:space="preserve"> 5G </w:t>
      </w:r>
      <w:proofErr w:type="spellStart"/>
      <w:r w:rsidRPr="00FE6587">
        <w:rPr>
          <w:lang w:val="fr-FR"/>
        </w:rPr>
        <w:t>în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vaccinuri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distribuie</w:t>
      </w:r>
      <w:proofErr w:type="spellEnd"/>
      <w:r w:rsidRPr="00FE6587">
        <w:rPr>
          <w:lang w:val="fr-FR"/>
        </w:rPr>
        <w:t xml:space="preserve"> urgent </w:t>
      </w:r>
      <w:proofErr w:type="spellStart"/>
      <w:r w:rsidRPr="00FE6587">
        <w:rPr>
          <w:lang w:val="fr-FR"/>
        </w:rPr>
        <w:t>înainte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să</w:t>
      </w:r>
      <w:proofErr w:type="spellEnd"/>
      <w:r w:rsidRPr="00FE6587">
        <w:rPr>
          <w:lang w:val="fr-FR"/>
        </w:rPr>
        <w:t xml:space="preserve"> fie </w:t>
      </w:r>
      <w:proofErr w:type="spellStart"/>
      <w:proofErr w:type="gramStart"/>
      <w:r w:rsidRPr="00FE6587">
        <w:rPr>
          <w:lang w:val="fr-FR"/>
        </w:rPr>
        <w:t>cenzurat</w:t>
      </w:r>
      <w:proofErr w:type="spellEnd"/>
      <w:r w:rsidRPr="00FE6587">
        <w:rPr>
          <w:lang w:val="fr-FR"/>
        </w:rPr>
        <w:t>!</w:t>
      </w:r>
      <w:proofErr w:type="gramEnd"/>
      <w:r w:rsidRPr="00FE6587">
        <w:rPr>
          <w:lang w:val="fr-FR"/>
        </w:rPr>
        <w:t>»</w:t>
      </w:r>
    </w:p>
    <w:p w14:paraId="519A80D4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Apasă</w:t>
      </w:r>
      <w:proofErr w:type="spellEnd"/>
      <w:proofErr w:type="gramStart"/>
      <w:r w:rsidRPr="00FE6587">
        <w:rPr>
          <w:lang w:val="fr-FR"/>
        </w:rPr>
        <w:t xml:space="preserve"> «</w:t>
      </w:r>
      <w:proofErr w:type="spellStart"/>
      <w:r w:rsidRPr="00FE6587">
        <w:rPr>
          <w:lang w:val="fr-FR"/>
        </w:rPr>
        <w:t>Pornește</w:t>
      </w:r>
      <w:proofErr w:type="spellEnd"/>
      <w:proofErr w:type="gramEnd"/>
      <w:r w:rsidRPr="00FE6587">
        <w:rPr>
          <w:lang w:val="fr-FR"/>
        </w:rPr>
        <w:t xml:space="preserve"> </w:t>
      </w:r>
      <w:proofErr w:type="spellStart"/>
      <w:proofErr w:type="gramStart"/>
      <w:r w:rsidRPr="00FE6587">
        <w:rPr>
          <w:lang w:val="fr-FR"/>
        </w:rPr>
        <w:t>analiza</w:t>
      </w:r>
      <w:proofErr w:type="spellEnd"/>
      <w:r w:rsidRPr="00FE6587">
        <w:rPr>
          <w:lang w:val="fr-FR"/>
        </w:rPr>
        <w:t>»</w:t>
      </w:r>
      <w:proofErr w:type="gramEnd"/>
      <w:r w:rsidRPr="00FE6587">
        <w:rPr>
          <w:lang w:val="fr-FR"/>
        </w:rPr>
        <w:t xml:space="preserve"> — </w:t>
      </w:r>
      <w:proofErr w:type="spellStart"/>
      <w:r w:rsidRPr="00FE6587">
        <w:rPr>
          <w:lang w:val="fr-FR"/>
        </w:rPr>
        <w:t>ecranul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progres</w:t>
      </w:r>
      <w:proofErr w:type="spellEnd"/>
      <w:r w:rsidRPr="00FE6587">
        <w:rPr>
          <w:lang w:val="fr-FR"/>
        </w:rPr>
        <w:t xml:space="preserve"> (</w:t>
      </w:r>
      <w:proofErr w:type="spellStart"/>
      <w:r w:rsidRPr="00FE6587">
        <w:rPr>
          <w:lang w:val="fr-FR"/>
        </w:rPr>
        <w:t>durează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câteva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secunde</w:t>
      </w:r>
      <w:proofErr w:type="spellEnd"/>
      <w:r w:rsidRPr="00FE6587">
        <w:rPr>
          <w:lang w:val="fr-FR"/>
        </w:rPr>
        <w:t>).</w:t>
      </w:r>
    </w:p>
    <w:p w14:paraId="2F4D2EAA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Analizează</w:t>
      </w:r>
      <w:proofErr w:type="spellEnd"/>
      <w:r w:rsidRPr="00FE6587">
        <w:rPr>
          <w:lang w:val="fr-FR"/>
        </w:rPr>
        <w:t xml:space="preserve"> </w:t>
      </w:r>
      <w:proofErr w:type="spellStart"/>
      <w:proofErr w:type="gramStart"/>
      <w:r w:rsidRPr="00FE6587">
        <w:rPr>
          <w:lang w:val="fr-FR"/>
        </w:rPr>
        <w:t>rezultatul</w:t>
      </w:r>
      <w:proofErr w:type="spellEnd"/>
      <w:r w:rsidRPr="00FE6587">
        <w:rPr>
          <w:lang w:val="fr-FR"/>
        </w:rPr>
        <w:t>:</w:t>
      </w:r>
      <w:proofErr w:type="gram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scor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risc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nivel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încredere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categoria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tehnicile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manipulare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detectate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cu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explicații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în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limba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română</w:t>
      </w:r>
      <w:proofErr w:type="spellEnd"/>
      <w:r w:rsidRPr="00FE6587">
        <w:rPr>
          <w:lang w:val="fr-FR"/>
        </w:rPr>
        <w:t>.</w:t>
      </w:r>
    </w:p>
    <w:p w14:paraId="3F040DF1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Deschide</w:t>
      </w:r>
      <w:proofErr w:type="spellEnd"/>
      <w:r w:rsidRPr="00FE6587">
        <w:rPr>
          <w:lang w:val="fr-FR"/>
        </w:rPr>
        <w:t>/</w:t>
      </w:r>
      <w:proofErr w:type="spellStart"/>
      <w:r w:rsidRPr="00FE6587">
        <w:rPr>
          <w:lang w:val="fr-FR"/>
        </w:rPr>
        <w:t>descarcă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raportul</w:t>
      </w:r>
      <w:proofErr w:type="spellEnd"/>
      <w:r w:rsidRPr="00FE6587">
        <w:rPr>
          <w:lang w:val="fr-FR"/>
        </w:rPr>
        <w:t xml:space="preserve"> PDF al </w:t>
      </w:r>
      <w:proofErr w:type="spellStart"/>
      <w:r w:rsidRPr="00FE6587">
        <w:rPr>
          <w:lang w:val="fr-FR"/>
        </w:rPr>
        <w:t>analizei</w:t>
      </w:r>
      <w:proofErr w:type="spellEnd"/>
      <w:r w:rsidRPr="00FE6587">
        <w:rPr>
          <w:lang w:val="fr-FR"/>
        </w:rPr>
        <w:t xml:space="preserve"> — </w:t>
      </w:r>
      <w:proofErr w:type="spellStart"/>
      <w:r w:rsidRPr="00FE6587">
        <w:rPr>
          <w:lang w:val="fr-FR"/>
        </w:rPr>
        <w:t>parcurge</w:t>
      </w:r>
      <w:proofErr w:type="spellEnd"/>
      <w:r w:rsidRPr="00FE6587">
        <w:rPr>
          <w:lang w:val="fr-FR"/>
        </w:rPr>
        <w:t>-</w:t>
      </w:r>
      <w:proofErr w:type="spellStart"/>
      <w:r w:rsidRPr="00FE6587">
        <w:rPr>
          <w:lang w:val="fr-FR"/>
        </w:rPr>
        <w:t>l</w:t>
      </w:r>
      <w:proofErr w:type="spellEnd"/>
      <w:r w:rsidRPr="00FE6587">
        <w:rPr>
          <w:lang w:val="fr-FR"/>
        </w:rPr>
        <w:t xml:space="preserve"> lent (</w:t>
      </w:r>
      <w:proofErr w:type="spellStart"/>
      <w:r w:rsidRPr="00FE6587">
        <w:rPr>
          <w:lang w:val="fr-FR"/>
        </w:rPr>
        <w:t>scoruri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concluzie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tehnici</w:t>
      </w:r>
      <w:proofErr w:type="spellEnd"/>
      <w:r w:rsidRPr="00FE6587">
        <w:rPr>
          <w:lang w:val="fr-FR"/>
        </w:rPr>
        <w:t xml:space="preserve">, </w:t>
      </w:r>
      <w:proofErr w:type="spellStart"/>
      <w:r w:rsidRPr="00FE6587">
        <w:rPr>
          <w:lang w:val="fr-FR"/>
        </w:rPr>
        <w:t>metadate</w:t>
      </w:r>
      <w:proofErr w:type="spellEnd"/>
      <w:r w:rsidRPr="00FE6587">
        <w:rPr>
          <w:lang w:val="fr-FR"/>
        </w:rPr>
        <w:t>).</w:t>
      </w:r>
    </w:p>
    <w:p w14:paraId="1997BCC1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Revino</w:t>
      </w:r>
      <w:proofErr w:type="spellEnd"/>
      <w:r w:rsidRPr="00FE6587">
        <w:rPr>
          <w:lang w:val="fr-FR"/>
        </w:rPr>
        <w:t xml:space="preserve"> la lista de </w:t>
      </w:r>
      <w:proofErr w:type="spellStart"/>
      <w:proofErr w:type="gramStart"/>
      <w:r w:rsidRPr="00FE6587">
        <w:rPr>
          <w:lang w:val="fr-FR"/>
        </w:rPr>
        <w:t>analize</w:t>
      </w:r>
      <w:proofErr w:type="spellEnd"/>
      <w:r w:rsidRPr="00FE6587">
        <w:rPr>
          <w:lang w:val="fr-FR"/>
        </w:rPr>
        <w:t>:</w:t>
      </w:r>
      <w:proofErr w:type="gram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analiza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figurează</w:t>
      </w:r>
      <w:proofErr w:type="spellEnd"/>
      <w:r w:rsidRPr="00FE6587">
        <w:rPr>
          <w:lang w:val="fr-FR"/>
        </w:rPr>
        <w:t xml:space="preserve"> </w:t>
      </w:r>
      <w:proofErr w:type="spellStart"/>
      <w:proofErr w:type="gramStart"/>
      <w:r w:rsidRPr="00FE6587">
        <w:rPr>
          <w:lang w:val="fr-FR"/>
        </w:rPr>
        <w:t>consumată</w:t>
      </w:r>
      <w:proofErr w:type="spellEnd"/>
      <w:r w:rsidRPr="00FE6587">
        <w:rPr>
          <w:lang w:val="fr-FR"/>
        </w:rPr>
        <w:t>;</w:t>
      </w:r>
      <w:proofErr w:type="gram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soldul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credite</w:t>
      </w:r>
      <w:proofErr w:type="spellEnd"/>
      <w:r w:rsidRPr="00FE6587">
        <w:rPr>
          <w:lang w:val="fr-FR"/>
        </w:rPr>
        <w:t xml:space="preserve"> a </w:t>
      </w:r>
      <w:proofErr w:type="spellStart"/>
      <w:r w:rsidRPr="00FE6587">
        <w:rPr>
          <w:lang w:val="fr-FR"/>
        </w:rPr>
        <w:t>scăzut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corespunzător</w:t>
      </w:r>
      <w:proofErr w:type="spellEnd"/>
      <w:r w:rsidRPr="00FE6587">
        <w:rPr>
          <w:lang w:val="fr-FR"/>
        </w:rPr>
        <w:t>.</w:t>
      </w:r>
    </w:p>
    <w:p w14:paraId="6D3108A9" w14:textId="77777777" w:rsidR="00166FDB" w:rsidRPr="00FE6587" w:rsidRDefault="00000000">
      <w:pPr>
        <w:rPr>
          <w:lang w:val="fr-FR"/>
        </w:rPr>
      </w:pPr>
      <w:r>
        <w:rPr>
          <w:i/>
          <w:color w:val="1B7A43"/>
        </w:rPr>
        <w:t>👁</w:t>
      </w:r>
      <w:r w:rsidRPr="00FE6587">
        <w:rPr>
          <w:i/>
          <w:color w:val="1B7A43"/>
          <w:lang w:val="fr-FR"/>
        </w:rPr>
        <w:t xml:space="preserve"> Ce </w:t>
      </w:r>
      <w:proofErr w:type="spellStart"/>
      <w:r w:rsidRPr="00FE6587">
        <w:rPr>
          <w:i/>
          <w:color w:val="1B7A43"/>
          <w:lang w:val="fr-FR"/>
        </w:rPr>
        <w:t>trebuie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să</w:t>
      </w:r>
      <w:proofErr w:type="spellEnd"/>
      <w:r w:rsidRPr="00FE6587">
        <w:rPr>
          <w:i/>
          <w:color w:val="1B7A43"/>
          <w:lang w:val="fr-FR"/>
        </w:rPr>
        <w:t xml:space="preserve"> se </w:t>
      </w:r>
      <w:proofErr w:type="spellStart"/>
      <w:r w:rsidRPr="00FE6587">
        <w:rPr>
          <w:i/>
          <w:color w:val="1B7A43"/>
          <w:lang w:val="fr-FR"/>
        </w:rPr>
        <w:t>vadă</w:t>
      </w:r>
      <w:proofErr w:type="spellEnd"/>
      <w:r w:rsidRPr="00FE6587">
        <w:rPr>
          <w:i/>
          <w:color w:val="1B7A43"/>
          <w:lang w:val="fr-FR"/>
        </w:rPr>
        <w:t xml:space="preserve">: </w:t>
      </w:r>
      <w:proofErr w:type="spellStart"/>
      <w:r w:rsidRPr="00FE6587">
        <w:rPr>
          <w:i/>
          <w:color w:val="1B7A43"/>
          <w:lang w:val="fr-FR"/>
        </w:rPr>
        <w:t>întregul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lanț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plată</w:t>
      </w:r>
      <w:proofErr w:type="spellEnd"/>
      <w:r w:rsidRPr="00FE6587">
        <w:rPr>
          <w:i/>
          <w:color w:val="1B7A43"/>
          <w:lang w:val="fr-FR"/>
        </w:rPr>
        <w:t xml:space="preserve"> → </w:t>
      </w:r>
      <w:proofErr w:type="spellStart"/>
      <w:r w:rsidRPr="00FE6587">
        <w:rPr>
          <w:i/>
          <w:color w:val="1B7A43"/>
          <w:lang w:val="fr-FR"/>
        </w:rPr>
        <w:t>serviciu</w:t>
      </w:r>
      <w:proofErr w:type="spellEnd"/>
      <w:r w:rsidRPr="00FE6587">
        <w:rPr>
          <w:i/>
          <w:color w:val="1B7A43"/>
          <w:lang w:val="fr-FR"/>
        </w:rPr>
        <w:t xml:space="preserve"> → </w:t>
      </w:r>
      <w:proofErr w:type="spellStart"/>
      <w:r w:rsidRPr="00FE6587">
        <w:rPr>
          <w:i/>
          <w:color w:val="1B7A43"/>
          <w:lang w:val="fr-FR"/>
        </w:rPr>
        <w:t>analiză</w:t>
      </w:r>
      <w:proofErr w:type="spellEnd"/>
      <w:r w:rsidRPr="00FE6587">
        <w:rPr>
          <w:i/>
          <w:color w:val="1B7A43"/>
          <w:lang w:val="fr-FR"/>
        </w:rPr>
        <w:t xml:space="preserve"> → </w:t>
      </w:r>
      <w:proofErr w:type="spellStart"/>
      <w:r w:rsidRPr="00FE6587">
        <w:rPr>
          <w:i/>
          <w:color w:val="1B7A43"/>
          <w:lang w:val="fr-FR"/>
        </w:rPr>
        <w:t>raport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funcționează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fără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intervenție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manuală</w:t>
      </w:r>
      <w:proofErr w:type="spellEnd"/>
      <w:r w:rsidRPr="00FE6587">
        <w:rPr>
          <w:i/>
          <w:color w:val="1B7A43"/>
          <w:lang w:val="fr-FR"/>
        </w:rPr>
        <w:t>.</w:t>
      </w:r>
    </w:p>
    <w:p w14:paraId="0D261F5A" w14:textId="77777777" w:rsidR="00166FDB" w:rsidRPr="00FE6587" w:rsidRDefault="00000000">
      <w:pPr>
        <w:pStyle w:val="Heading1"/>
        <w:rPr>
          <w:lang w:val="fr-FR"/>
        </w:rPr>
      </w:pPr>
      <w:proofErr w:type="spellStart"/>
      <w:r w:rsidRPr="00FE6587">
        <w:rPr>
          <w:lang w:val="fr-FR"/>
        </w:rPr>
        <w:t>Capitolul</w:t>
      </w:r>
      <w:proofErr w:type="spellEnd"/>
      <w:r w:rsidRPr="00FE6587">
        <w:rPr>
          <w:lang w:val="fr-FR"/>
        </w:rPr>
        <w:t xml:space="preserve"> 6 — </w:t>
      </w:r>
      <w:proofErr w:type="spellStart"/>
      <w:r w:rsidRPr="00FE6587">
        <w:rPr>
          <w:lang w:val="fr-FR"/>
        </w:rPr>
        <w:t>Formularul</w:t>
      </w:r>
      <w:proofErr w:type="spellEnd"/>
      <w:r w:rsidRPr="00FE6587">
        <w:rPr>
          <w:lang w:val="fr-FR"/>
        </w:rPr>
        <w:t xml:space="preserve"> de contact </w:t>
      </w:r>
      <w:proofErr w:type="spellStart"/>
      <w:r w:rsidRPr="00FE6587">
        <w:rPr>
          <w:lang w:val="fr-FR"/>
        </w:rPr>
        <w:t>și</w:t>
      </w:r>
      <w:proofErr w:type="spellEnd"/>
      <w:r w:rsidRPr="00FE6587">
        <w:rPr>
          <w:lang w:val="fr-FR"/>
        </w:rPr>
        <w:t xml:space="preserve"> lead-</w:t>
      </w:r>
      <w:proofErr w:type="spellStart"/>
      <w:r w:rsidRPr="00FE6587">
        <w:rPr>
          <w:lang w:val="fr-FR"/>
        </w:rPr>
        <w:t>ul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în</w:t>
      </w:r>
      <w:proofErr w:type="spellEnd"/>
      <w:r w:rsidRPr="00FE6587">
        <w:rPr>
          <w:lang w:val="fr-FR"/>
        </w:rPr>
        <w:t xml:space="preserve"> CRM</w:t>
      </w:r>
    </w:p>
    <w:p w14:paraId="0A8D7F2A" w14:textId="77777777" w:rsidR="00166FDB" w:rsidRPr="00FE6587" w:rsidRDefault="00000000">
      <w:pPr>
        <w:rPr>
          <w:lang w:val="fr-FR"/>
        </w:rPr>
      </w:pPr>
      <w:r w:rsidRPr="00FE6587">
        <w:rPr>
          <w:i/>
          <w:color w:val="666666"/>
          <w:sz w:val="18"/>
          <w:lang w:val="fr-FR"/>
        </w:rPr>
        <w:t xml:space="preserve">⏱ </w:t>
      </w:r>
      <w:proofErr w:type="spellStart"/>
      <w:proofErr w:type="gramStart"/>
      <w:r w:rsidRPr="00FE6587">
        <w:rPr>
          <w:i/>
          <w:color w:val="666666"/>
          <w:sz w:val="18"/>
          <w:lang w:val="fr-FR"/>
        </w:rPr>
        <w:t>durată</w:t>
      </w:r>
      <w:proofErr w:type="spellEnd"/>
      <w:proofErr w:type="gramEnd"/>
      <w:r w:rsidRPr="00FE6587">
        <w:rPr>
          <w:i/>
          <w:color w:val="666666"/>
          <w:sz w:val="18"/>
          <w:lang w:val="fr-FR"/>
        </w:rPr>
        <w:t xml:space="preserve"> </w:t>
      </w:r>
      <w:proofErr w:type="spellStart"/>
      <w:proofErr w:type="gramStart"/>
      <w:r w:rsidRPr="00FE6587">
        <w:rPr>
          <w:i/>
          <w:color w:val="666666"/>
          <w:sz w:val="18"/>
          <w:lang w:val="fr-FR"/>
        </w:rPr>
        <w:t>orientativă</w:t>
      </w:r>
      <w:proofErr w:type="spellEnd"/>
      <w:r w:rsidRPr="00FE6587">
        <w:rPr>
          <w:i/>
          <w:color w:val="666666"/>
          <w:sz w:val="18"/>
          <w:lang w:val="fr-FR"/>
        </w:rPr>
        <w:t>:</w:t>
      </w:r>
      <w:proofErr w:type="gramEnd"/>
      <w:r w:rsidRPr="00FE6587">
        <w:rPr>
          <w:i/>
          <w:color w:val="666666"/>
          <w:sz w:val="18"/>
          <w:lang w:val="fr-FR"/>
        </w:rPr>
        <w:t xml:space="preserve"> 20 min</w:t>
      </w:r>
    </w:p>
    <w:p w14:paraId="71541BF6" w14:textId="77777777" w:rsidR="00166FDB" w:rsidRDefault="00000000">
      <w:pPr>
        <w:pStyle w:val="ListNumber"/>
      </w:pPr>
      <w:proofErr w:type="spellStart"/>
      <w:r>
        <w:t>Deschide</w:t>
      </w:r>
      <w:proofErr w:type="spellEnd"/>
      <w:r>
        <w:t xml:space="preserve"> </w:t>
      </w:r>
      <w:proofErr w:type="spellStart"/>
      <w:r>
        <w:t>pagina</w:t>
      </w:r>
      <w:proofErr w:type="spellEnd"/>
      <w:r>
        <w:t xml:space="preserve"> /contact (nu necesită autentificare).</w:t>
      </w:r>
    </w:p>
    <w:p w14:paraId="42C1A4ED" w14:textId="77777777" w:rsidR="00166FDB" w:rsidRDefault="00000000">
      <w:pPr>
        <w:pStyle w:val="ListNumber"/>
      </w:pPr>
      <w:r>
        <w:t>Completează cu date de test (nume, email, mesaj) și trimite — apare confirmarea pe pagină.</w:t>
      </w:r>
    </w:p>
    <w:p w14:paraId="19E0FBFB" w14:textId="407F8EDC" w:rsidR="00166FDB" w:rsidRDefault="00000000">
      <w:pPr>
        <w:pStyle w:val="ListNumber"/>
      </w:pPr>
      <w:r>
        <w:t xml:space="preserve">Într-un tab nou, </w:t>
      </w:r>
      <w:proofErr w:type="spellStart"/>
      <w:r>
        <w:t>deschide</w:t>
      </w:r>
      <w:proofErr w:type="spellEnd"/>
      <w:r>
        <w:t xml:space="preserve"> ERP-ul (Administrator/admin) → </w:t>
      </w:r>
      <w:proofErr w:type="spellStart"/>
      <w:r>
        <w:t>caută</w:t>
      </w:r>
      <w:proofErr w:type="spellEnd"/>
      <w:r>
        <w:t xml:space="preserve"> «Lead» (Ctrl+G).</w:t>
      </w:r>
    </w:p>
    <w:p w14:paraId="672F8487" w14:textId="77777777" w:rsidR="00166FDB" w:rsidRDefault="00000000">
      <w:pPr>
        <w:pStyle w:val="ListNumber"/>
      </w:pPr>
      <w:r>
        <w:t>Lead-ul tău e primul în listă — deschide-l: numele, emailul și Sursa «Website - Contact Form» completate automat.</w:t>
      </w:r>
    </w:p>
    <w:p w14:paraId="24FC1FAA" w14:textId="77777777" w:rsidR="00166FDB" w:rsidRDefault="00000000">
      <w:pPr>
        <w:pStyle w:val="ListNumber"/>
      </w:pPr>
      <w:r>
        <w:t>Demonstrează pipeline-ul: click pe eticheta de status de sub titlu → schimbă din «Lead» în «Interested» → salvează (Ctrl+S).</w:t>
      </w:r>
    </w:p>
    <w:p w14:paraId="77577075" w14:textId="77777777" w:rsidR="00166FDB" w:rsidRDefault="00000000">
      <w:pPr>
        <w:rPr>
          <w:i/>
          <w:color w:val="1B7A43"/>
          <w:lang w:val="fr-FR"/>
        </w:rPr>
      </w:pPr>
      <w:r>
        <w:rPr>
          <w:i/>
          <w:color w:val="1B7A43"/>
        </w:rPr>
        <w:t>👁</w:t>
      </w:r>
      <w:r w:rsidRPr="00FE6587">
        <w:rPr>
          <w:i/>
          <w:color w:val="1B7A43"/>
          <w:lang w:val="fr-FR"/>
        </w:rPr>
        <w:t xml:space="preserve"> Ce </w:t>
      </w:r>
      <w:proofErr w:type="spellStart"/>
      <w:r w:rsidRPr="00FE6587">
        <w:rPr>
          <w:i/>
          <w:color w:val="1B7A43"/>
          <w:lang w:val="fr-FR"/>
        </w:rPr>
        <w:t>trebuie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să</w:t>
      </w:r>
      <w:proofErr w:type="spellEnd"/>
      <w:r w:rsidRPr="00FE6587">
        <w:rPr>
          <w:i/>
          <w:color w:val="1B7A43"/>
          <w:lang w:val="fr-FR"/>
        </w:rPr>
        <w:t xml:space="preserve"> se </w:t>
      </w:r>
      <w:proofErr w:type="spellStart"/>
      <w:r w:rsidRPr="00FE6587">
        <w:rPr>
          <w:i/>
          <w:color w:val="1B7A43"/>
          <w:lang w:val="fr-FR"/>
        </w:rPr>
        <w:t>vadă</w:t>
      </w:r>
      <w:proofErr w:type="spellEnd"/>
      <w:r w:rsidRPr="00FE6587">
        <w:rPr>
          <w:i/>
          <w:color w:val="1B7A43"/>
          <w:lang w:val="fr-FR"/>
        </w:rPr>
        <w:t xml:space="preserve">: </w:t>
      </w:r>
      <w:proofErr w:type="spellStart"/>
      <w:r w:rsidRPr="00FE6587">
        <w:rPr>
          <w:i/>
          <w:color w:val="1B7A43"/>
          <w:lang w:val="fr-FR"/>
        </w:rPr>
        <w:t>orice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mesaj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din</w:t>
      </w:r>
      <w:proofErr w:type="spellEnd"/>
      <w:r w:rsidRPr="00FE6587">
        <w:rPr>
          <w:i/>
          <w:color w:val="1B7A43"/>
          <w:lang w:val="fr-FR"/>
        </w:rPr>
        <w:t xml:space="preserve"> site devine </w:t>
      </w:r>
      <w:proofErr w:type="spellStart"/>
      <w:r w:rsidRPr="00FE6587">
        <w:rPr>
          <w:i/>
          <w:color w:val="1B7A43"/>
          <w:lang w:val="fr-FR"/>
        </w:rPr>
        <w:t>automat</w:t>
      </w:r>
      <w:proofErr w:type="spellEnd"/>
      <w:r w:rsidRPr="00FE6587">
        <w:rPr>
          <w:i/>
          <w:color w:val="1B7A43"/>
          <w:lang w:val="fr-FR"/>
        </w:rPr>
        <w:t xml:space="preserve"> lead </w:t>
      </w:r>
      <w:proofErr w:type="spellStart"/>
      <w:r w:rsidRPr="00FE6587">
        <w:rPr>
          <w:i/>
          <w:color w:val="1B7A43"/>
          <w:lang w:val="fr-FR"/>
        </w:rPr>
        <w:t>în</w:t>
      </w:r>
      <w:proofErr w:type="spellEnd"/>
      <w:r w:rsidRPr="00FE6587">
        <w:rPr>
          <w:i/>
          <w:color w:val="1B7A43"/>
          <w:lang w:val="fr-FR"/>
        </w:rPr>
        <w:t xml:space="preserve"> CRM, </w:t>
      </w:r>
      <w:proofErr w:type="spellStart"/>
      <w:r w:rsidRPr="00FE6587">
        <w:rPr>
          <w:i/>
          <w:color w:val="1B7A43"/>
          <w:lang w:val="fr-FR"/>
        </w:rPr>
        <w:t>cu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sursă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trasabilă</w:t>
      </w:r>
      <w:proofErr w:type="spellEnd"/>
      <w:r w:rsidRPr="00FE6587">
        <w:rPr>
          <w:i/>
          <w:color w:val="1B7A43"/>
          <w:lang w:val="fr-FR"/>
        </w:rPr>
        <w:t xml:space="preserve">, </w:t>
      </w:r>
      <w:proofErr w:type="spellStart"/>
      <w:r w:rsidRPr="00FE6587">
        <w:rPr>
          <w:i/>
          <w:color w:val="1B7A43"/>
          <w:lang w:val="fr-FR"/>
        </w:rPr>
        <w:t>și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poate</w:t>
      </w:r>
      <w:proofErr w:type="spellEnd"/>
      <w:r w:rsidRPr="00FE6587">
        <w:rPr>
          <w:i/>
          <w:color w:val="1B7A43"/>
          <w:lang w:val="fr-FR"/>
        </w:rPr>
        <w:t xml:space="preserve"> fi </w:t>
      </w:r>
      <w:proofErr w:type="spellStart"/>
      <w:r w:rsidRPr="00FE6587">
        <w:rPr>
          <w:i/>
          <w:color w:val="1B7A43"/>
          <w:lang w:val="fr-FR"/>
        </w:rPr>
        <w:t>avansat</w:t>
      </w:r>
      <w:proofErr w:type="spellEnd"/>
      <w:r w:rsidRPr="00FE6587">
        <w:rPr>
          <w:i/>
          <w:color w:val="1B7A43"/>
          <w:lang w:val="fr-FR"/>
        </w:rPr>
        <w:t xml:space="preserve"> </w:t>
      </w:r>
      <w:proofErr w:type="spellStart"/>
      <w:r w:rsidRPr="00FE6587">
        <w:rPr>
          <w:i/>
          <w:color w:val="1B7A43"/>
          <w:lang w:val="fr-FR"/>
        </w:rPr>
        <w:t>în</w:t>
      </w:r>
      <w:proofErr w:type="spellEnd"/>
      <w:r w:rsidRPr="00FE6587">
        <w:rPr>
          <w:i/>
          <w:color w:val="1B7A43"/>
          <w:lang w:val="fr-FR"/>
        </w:rPr>
        <w:t xml:space="preserve"> pipeline-</w:t>
      </w:r>
      <w:proofErr w:type="spellStart"/>
      <w:r w:rsidRPr="00FE6587">
        <w:rPr>
          <w:i/>
          <w:color w:val="1B7A43"/>
          <w:lang w:val="fr-FR"/>
        </w:rPr>
        <w:t>ul</w:t>
      </w:r>
      <w:proofErr w:type="spellEnd"/>
      <w:r w:rsidRPr="00FE6587">
        <w:rPr>
          <w:i/>
          <w:color w:val="1B7A43"/>
          <w:lang w:val="fr-FR"/>
        </w:rPr>
        <w:t xml:space="preserve"> de </w:t>
      </w:r>
      <w:proofErr w:type="spellStart"/>
      <w:r w:rsidRPr="00FE6587">
        <w:rPr>
          <w:i/>
          <w:color w:val="1B7A43"/>
          <w:lang w:val="fr-FR"/>
        </w:rPr>
        <w:t>vânzări</w:t>
      </w:r>
      <w:proofErr w:type="spellEnd"/>
      <w:r w:rsidRPr="00FE6587">
        <w:rPr>
          <w:i/>
          <w:color w:val="1B7A43"/>
          <w:lang w:val="fr-FR"/>
        </w:rPr>
        <w:t>.</w:t>
      </w:r>
    </w:p>
    <w:p w14:paraId="0992385C" w14:textId="77777777" w:rsidR="00FE6587" w:rsidRDefault="00FE6587">
      <w:pPr>
        <w:rPr>
          <w:i/>
          <w:color w:val="1B7A43"/>
          <w:lang w:val="fr-FR"/>
        </w:rPr>
      </w:pPr>
    </w:p>
    <w:p w14:paraId="2361B5F3" w14:textId="77777777" w:rsidR="00FE6587" w:rsidRPr="00FE6587" w:rsidRDefault="00FE6587">
      <w:pPr>
        <w:rPr>
          <w:lang w:val="fr-FR"/>
        </w:rPr>
      </w:pPr>
    </w:p>
    <w:p w14:paraId="70821F14" w14:textId="77777777" w:rsidR="00166FDB" w:rsidRDefault="00000000">
      <w:pPr>
        <w:pStyle w:val="Heading1"/>
      </w:pPr>
      <w:proofErr w:type="spellStart"/>
      <w:r>
        <w:lastRenderedPageBreak/>
        <w:t>Capitolul</w:t>
      </w:r>
      <w:proofErr w:type="spellEnd"/>
      <w:r>
        <w:t xml:space="preserve"> 7 — </w:t>
      </w:r>
      <w:proofErr w:type="spellStart"/>
      <w:r>
        <w:t>Recapitulare</w:t>
      </w:r>
      <w:proofErr w:type="spellEnd"/>
    </w:p>
    <w:p w14:paraId="4AEF35BB" w14:textId="77777777" w:rsidR="00166FDB" w:rsidRDefault="00000000">
      <w:r>
        <w:rPr>
          <w:i/>
          <w:color w:val="666666"/>
          <w:sz w:val="18"/>
        </w:rPr>
        <w:t>⏱ durată orientativă: 10 min</w:t>
      </w:r>
    </w:p>
    <w:p w14:paraId="55ED1D53" w14:textId="77777777" w:rsidR="00166FDB" w:rsidRDefault="00000000">
      <w:pPr>
        <w:pStyle w:val="ListNumber"/>
      </w:pPr>
      <w:r>
        <w:t>Reia pe scurt traseul: site public → cont SSO → cumpărare → factură+email → analiză → raport → lead în CRM.</w:t>
      </w:r>
    </w:p>
    <w:p w14:paraId="048AE38E" w14:textId="77777777" w:rsidR="00166FDB" w:rsidRPr="00FE6587" w:rsidRDefault="00000000">
      <w:pPr>
        <w:pStyle w:val="ListNumber"/>
        <w:rPr>
          <w:lang w:val="fr-FR"/>
        </w:rPr>
      </w:pPr>
      <w:proofErr w:type="spellStart"/>
      <w:r w:rsidRPr="00FE6587">
        <w:rPr>
          <w:lang w:val="fr-FR"/>
        </w:rPr>
        <w:t>Arată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încă</w:t>
      </w:r>
      <w:proofErr w:type="spellEnd"/>
      <w:r w:rsidRPr="00FE6587">
        <w:rPr>
          <w:lang w:val="fr-FR"/>
        </w:rPr>
        <w:t xml:space="preserve"> o </w:t>
      </w:r>
      <w:proofErr w:type="spellStart"/>
      <w:r w:rsidRPr="00FE6587">
        <w:rPr>
          <w:lang w:val="fr-FR"/>
        </w:rPr>
        <w:t>dată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soldul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credite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și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istoricul</w:t>
      </w:r>
      <w:proofErr w:type="spellEnd"/>
      <w:r w:rsidRPr="00FE6587">
        <w:rPr>
          <w:lang w:val="fr-FR"/>
        </w:rPr>
        <w:t xml:space="preserve"> de </w:t>
      </w:r>
      <w:proofErr w:type="spellStart"/>
      <w:r w:rsidRPr="00FE6587">
        <w:rPr>
          <w:lang w:val="fr-FR"/>
        </w:rPr>
        <w:t>consum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din</w:t>
      </w:r>
      <w:proofErr w:type="spellEnd"/>
      <w:r w:rsidRPr="00FE6587">
        <w:rPr>
          <w:lang w:val="fr-FR"/>
        </w:rPr>
        <w:t xml:space="preserve"> </w:t>
      </w:r>
      <w:proofErr w:type="spellStart"/>
      <w:r w:rsidRPr="00FE6587">
        <w:rPr>
          <w:lang w:val="fr-FR"/>
        </w:rPr>
        <w:t>dashboard</w:t>
      </w:r>
      <w:proofErr w:type="spellEnd"/>
      <w:r w:rsidRPr="00FE6587">
        <w:rPr>
          <w:lang w:val="fr-FR"/>
        </w:rPr>
        <w:t>.</w:t>
      </w:r>
    </w:p>
    <w:sectPr w:rsidR="00166FDB" w:rsidRPr="00FE658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7752161">
    <w:abstractNumId w:val="8"/>
  </w:num>
  <w:num w:numId="2" w16cid:durableId="542592832">
    <w:abstractNumId w:val="6"/>
  </w:num>
  <w:num w:numId="3" w16cid:durableId="272638399">
    <w:abstractNumId w:val="5"/>
  </w:num>
  <w:num w:numId="4" w16cid:durableId="210309491">
    <w:abstractNumId w:val="4"/>
  </w:num>
  <w:num w:numId="5" w16cid:durableId="1916163983">
    <w:abstractNumId w:val="7"/>
  </w:num>
  <w:num w:numId="6" w16cid:durableId="433479068">
    <w:abstractNumId w:val="3"/>
  </w:num>
  <w:num w:numId="7" w16cid:durableId="2044743964">
    <w:abstractNumId w:val="2"/>
  </w:num>
  <w:num w:numId="8" w16cid:durableId="855658626">
    <w:abstractNumId w:val="1"/>
  </w:num>
  <w:num w:numId="9" w16cid:durableId="196758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6FDB"/>
    <w:rsid w:val="0029639D"/>
    <w:rsid w:val="00326F90"/>
    <w:rsid w:val="0037658B"/>
    <w:rsid w:val="0061713B"/>
    <w:rsid w:val="00AA1D8D"/>
    <w:rsid w:val="00AE1A8E"/>
    <w:rsid w:val="00B47730"/>
    <w:rsid w:val="00CB0664"/>
    <w:rsid w:val="00FC693F"/>
    <w:rsid w:val="00FE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28AEB1"/>
  <w14:defaultImageDpi w14:val="300"/>
  <w15:docId w15:val="{036FA636-6D3B-4534-99DC-EF8D1888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880</Words>
  <Characters>5289</Characters>
  <Application>Microsoft Office Word</Application>
  <DocSecurity>0</DocSecurity>
  <Lines>125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 SOFTWARE SERVICE S.R.L.</dc:creator>
  <cp:keywords/>
  <dc:description/>
  <cp:lastModifiedBy>DP SOFTWARE SERVICE S.R.L.</cp:lastModifiedBy>
  <cp:revision>3</cp:revision>
  <dcterms:created xsi:type="dcterms:W3CDTF">2026-07-28T09:00:00Z</dcterms:created>
  <dcterms:modified xsi:type="dcterms:W3CDTF">2026-07-28T09:00:00Z</dcterms:modified>
  <cp:category/>
</cp:coreProperties>
</file>