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3946" w14:textId="77777777" w:rsidR="00E63CED" w:rsidRDefault="00E63CED">
      <w:pPr>
        <w:jc w:val="center"/>
        <w:rPr>
          <w:b/>
          <w:sz w:val="32"/>
        </w:rPr>
      </w:pPr>
    </w:p>
    <w:p w14:paraId="33937A07" w14:textId="6DC4F977" w:rsidR="000165AC" w:rsidRDefault="00000000">
      <w:pPr>
        <w:jc w:val="center"/>
      </w:pPr>
      <w:r>
        <w:rPr>
          <w:b/>
          <w:sz w:val="32"/>
        </w:rPr>
        <w:t>PROCES-VERBAL DE TRAINING</w:t>
      </w:r>
    </w:p>
    <w:p w14:paraId="3BBD2ABF" w14:textId="77777777" w:rsidR="000165AC" w:rsidRDefault="00000000">
      <w:pPr>
        <w:jc w:val="center"/>
        <w:rPr>
          <w:b/>
          <w:sz w:val="26"/>
        </w:rPr>
      </w:pPr>
      <w:r>
        <w:rPr>
          <w:b/>
          <w:sz w:val="26"/>
        </w:rPr>
        <w:t>Sesiunea 1 — Utilizarea platformei (website + e-commerce + CRM)</w:t>
      </w:r>
    </w:p>
    <w:p w14:paraId="56981980" w14:textId="77777777" w:rsidR="00204978" w:rsidRDefault="00204978" w:rsidP="00204978">
      <w:pPr>
        <w:jc w:val="center"/>
      </w:pPr>
      <w:proofErr w:type="spellStart"/>
      <w:r>
        <w:rPr>
          <w:b/>
          <w:sz w:val="26"/>
        </w:rPr>
        <w:t>Sesiunea</w:t>
      </w:r>
      <w:proofErr w:type="spellEnd"/>
      <w:r>
        <w:rPr>
          <w:b/>
          <w:sz w:val="26"/>
        </w:rPr>
        <w:t xml:space="preserve"> 2 — </w:t>
      </w:r>
      <w:proofErr w:type="spellStart"/>
      <w:r>
        <w:rPr>
          <w:b/>
          <w:sz w:val="26"/>
        </w:rPr>
        <w:t>Administrarea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ERPNext</w:t>
      </w:r>
      <w:proofErr w:type="spellEnd"/>
    </w:p>
    <w:p w14:paraId="4AB32B7C" w14:textId="77777777" w:rsidR="00204978" w:rsidRDefault="00204978">
      <w:pPr>
        <w:jc w:val="center"/>
      </w:pPr>
    </w:p>
    <w:p w14:paraId="631DB0CF" w14:textId="79506037" w:rsidR="000165AC" w:rsidRDefault="00000000" w:rsidP="00204978">
      <w:pPr>
        <w:jc w:val="center"/>
      </w:pPr>
      <w:r>
        <w:rPr>
          <w:i/>
          <w:color w:val="666666"/>
          <w:sz w:val="20"/>
        </w:rPr>
        <w:t xml:space="preserve">încheiat în temeiul Propunerii Tehnice, secțiunea B.7.3 «Transfer de </w:t>
      </w:r>
      <w:proofErr w:type="spellStart"/>
      <w:r>
        <w:rPr>
          <w:i/>
          <w:color w:val="666666"/>
          <w:sz w:val="20"/>
        </w:rPr>
        <w:t>cunoștințe</w:t>
      </w:r>
      <w:proofErr w:type="spellEnd"/>
      <w:r>
        <w:rPr>
          <w:i/>
          <w:color w:val="666666"/>
          <w:sz w:val="20"/>
        </w:rPr>
        <w:t xml:space="preserve">» 2 </w:t>
      </w:r>
      <w:proofErr w:type="spellStart"/>
      <w:r>
        <w:rPr>
          <w:i/>
          <w:color w:val="666666"/>
          <w:sz w:val="20"/>
        </w:rPr>
        <w:t>sesiuni</w:t>
      </w:r>
      <w:proofErr w:type="spellEnd"/>
      <w:r>
        <w:rPr>
          <w:i/>
          <w:color w:val="666666"/>
          <w:sz w:val="20"/>
        </w:rPr>
        <w:t xml:space="preserve"> de training</w:t>
      </w:r>
    </w:p>
    <w:p w14:paraId="0514E3B9" w14:textId="77777777" w:rsidR="000165AC" w:rsidRDefault="000165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071"/>
      </w:tblGrid>
      <w:tr w:rsidR="000165AC" w14:paraId="5CD98EC2" w14:textId="77777777" w:rsidTr="00C60A27">
        <w:tc>
          <w:tcPr>
            <w:tcW w:w="2808" w:type="dxa"/>
          </w:tcPr>
          <w:p w14:paraId="0D70E09D" w14:textId="77777777" w:rsidR="000165AC" w:rsidRDefault="00000000">
            <w:proofErr w:type="spellStart"/>
            <w:r>
              <w:rPr>
                <w:b/>
              </w:rPr>
              <w:t>Proiect</w:t>
            </w:r>
            <w:proofErr w:type="spellEnd"/>
          </w:p>
        </w:tc>
        <w:tc>
          <w:tcPr>
            <w:tcW w:w="6048" w:type="dxa"/>
          </w:tcPr>
          <w:p w14:paraId="3E65A78D" w14:textId="77777777" w:rsidR="000165AC" w:rsidRDefault="00000000">
            <w:r>
              <w:t>„PLATFORMĂ DIGITALĂ INTELIGENTĂ PENTRU PREVENIREA ȘI COMBATEREA DEZINFORMĂRII – DiDi” — contract de finanțare nr. 11.1.i3.c9/10.05.2024 (PNRR) · Achiziția: Dezvoltare website cu e-commerce, cu ERP și CRM în cloud (indice bugetar c.1.4)</w:t>
            </w:r>
          </w:p>
        </w:tc>
      </w:tr>
      <w:tr w:rsidR="000165AC" w14:paraId="4DA48ADA" w14:textId="77777777" w:rsidTr="00C60A27">
        <w:tc>
          <w:tcPr>
            <w:tcW w:w="2808" w:type="dxa"/>
          </w:tcPr>
          <w:p w14:paraId="21468DB5" w14:textId="77777777" w:rsidR="000165AC" w:rsidRDefault="00000000">
            <w:r>
              <w:rPr>
                <w:b/>
              </w:rPr>
              <w:t>Beneficiar</w:t>
            </w:r>
          </w:p>
        </w:tc>
        <w:tc>
          <w:tcPr>
            <w:tcW w:w="6048" w:type="dxa"/>
          </w:tcPr>
          <w:p w14:paraId="2AB71B71" w14:textId="77777777" w:rsidR="000165AC" w:rsidRDefault="00000000">
            <w:r>
              <w:t>TOP CLOSSERS SRL, CUI 36193026, Ploiești</w:t>
            </w:r>
          </w:p>
        </w:tc>
      </w:tr>
      <w:tr w:rsidR="000165AC" w14:paraId="141BCFC6" w14:textId="77777777" w:rsidTr="00C60A27">
        <w:tc>
          <w:tcPr>
            <w:tcW w:w="2808" w:type="dxa"/>
          </w:tcPr>
          <w:p w14:paraId="3C6FAE01" w14:textId="77777777" w:rsidR="000165AC" w:rsidRDefault="00000000">
            <w:r>
              <w:rPr>
                <w:b/>
              </w:rPr>
              <w:t>Furnizor (prestator training)</w:t>
            </w:r>
          </w:p>
        </w:tc>
        <w:tc>
          <w:tcPr>
            <w:tcW w:w="6048" w:type="dxa"/>
          </w:tcPr>
          <w:p w14:paraId="237329EB" w14:textId="77777777" w:rsidR="000165AC" w:rsidRDefault="00000000">
            <w:r>
              <w:t>DP SOFTWARE SERVICE S.R.L., cod fiscal 1025600055781, mun. Chișinău, Republica Moldova</w:t>
            </w:r>
          </w:p>
        </w:tc>
      </w:tr>
      <w:tr w:rsidR="000165AC" w:rsidRPr="00E63CED" w14:paraId="6DA882A2" w14:textId="77777777" w:rsidTr="00C60A27">
        <w:tc>
          <w:tcPr>
            <w:tcW w:w="2808" w:type="dxa"/>
          </w:tcPr>
          <w:p w14:paraId="09FEA9A3" w14:textId="77777777" w:rsidR="000165AC" w:rsidRDefault="00000000">
            <w:r>
              <w:rPr>
                <w:b/>
              </w:rPr>
              <w:t>Tematica sesiunii</w:t>
            </w:r>
          </w:p>
        </w:tc>
        <w:tc>
          <w:tcPr>
            <w:tcW w:w="6048" w:type="dxa"/>
          </w:tcPr>
          <w:p w14:paraId="09BE895E" w14:textId="77777777" w:rsidR="000165AC" w:rsidRPr="00E63CED" w:rsidRDefault="00000000">
            <w:pPr>
              <w:rPr>
                <w:lang w:val="fr-FR"/>
              </w:rPr>
            </w:pPr>
            <w:proofErr w:type="spellStart"/>
            <w:r w:rsidRPr="00E63CED">
              <w:rPr>
                <w:lang w:val="fr-FR"/>
              </w:rPr>
              <w:t>Utilizarea</w:t>
            </w:r>
            <w:proofErr w:type="spellEnd"/>
            <w:r w:rsidRPr="00E63CED">
              <w:rPr>
                <w:lang w:val="fr-FR"/>
              </w:rPr>
              <w:t xml:space="preserve"> </w:t>
            </w:r>
            <w:proofErr w:type="spellStart"/>
            <w:r w:rsidRPr="00E63CED">
              <w:rPr>
                <w:lang w:val="fr-FR"/>
              </w:rPr>
              <w:t>website-ului</w:t>
            </w:r>
            <w:proofErr w:type="spellEnd"/>
            <w:r w:rsidRPr="00E63CED">
              <w:rPr>
                <w:lang w:val="fr-FR"/>
              </w:rPr>
              <w:t xml:space="preserve">, a </w:t>
            </w:r>
            <w:proofErr w:type="spellStart"/>
            <w:r w:rsidRPr="00E63CED">
              <w:rPr>
                <w:lang w:val="fr-FR"/>
              </w:rPr>
              <w:t>modulului</w:t>
            </w:r>
            <w:proofErr w:type="spellEnd"/>
            <w:r w:rsidRPr="00E63CED">
              <w:rPr>
                <w:lang w:val="fr-FR"/>
              </w:rPr>
              <w:t xml:space="preserve"> de e-commerce </w:t>
            </w:r>
            <w:proofErr w:type="spellStart"/>
            <w:r w:rsidRPr="00E63CED">
              <w:rPr>
                <w:lang w:val="fr-FR"/>
              </w:rPr>
              <w:t>și</w:t>
            </w:r>
            <w:proofErr w:type="spellEnd"/>
            <w:r w:rsidRPr="00E63CED">
              <w:rPr>
                <w:lang w:val="fr-FR"/>
              </w:rPr>
              <w:t xml:space="preserve"> a CRM-</w:t>
            </w:r>
            <w:proofErr w:type="spellStart"/>
            <w:r w:rsidRPr="00E63CED">
              <w:rPr>
                <w:lang w:val="fr-FR"/>
              </w:rPr>
              <w:t>ului</w:t>
            </w:r>
            <w:proofErr w:type="spellEnd"/>
            <w:r w:rsidRPr="00E63CED">
              <w:rPr>
                <w:lang w:val="fr-FR"/>
              </w:rPr>
              <w:t xml:space="preserve"> (</w:t>
            </w:r>
            <w:proofErr w:type="spellStart"/>
            <w:r w:rsidRPr="00E63CED">
              <w:rPr>
                <w:lang w:val="fr-FR"/>
              </w:rPr>
              <w:t>conform</w:t>
            </w:r>
            <w:proofErr w:type="spellEnd"/>
            <w:r w:rsidRPr="00E63CED">
              <w:rPr>
                <w:lang w:val="fr-FR"/>
              </w:rPr>
              <w:t xml:space="preserve"> B.7.3)</w:t>
            </w:r>
          </w:p>
        </w:tc>
      </w:tr>
      <w:tr w:rsidR="000165AC" w14:paraId="2818A41A" w14:textId="77777777" w:rsidTr="00C60A27">
        <w:tc>
          <w:tcPr>
            <w:tcW w:w="2808" w:type="dxa"/>
          </w:tcPr>
          <w:p w14:paraId="74A8767C" w14:textId="77777777" w:rsidR="000165AC" w:rsidRDefault="00000000"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desfășurării</w:t>
            </w:r>
            <w:proofErr w:type="spellEnd"/>
          </w:p>
        </w:tc>
        <w:tc>
          <w:tcPr>
            <w:tcW w:w="6048" w:type="dxa"/>
          </w:tcPr>
          <w:p w14:paraId="7DD67A24" w14:textId="25F6CA5F" w:rsidR="000165AC" w:rsidRDefault="00B570C0">
            <w:r>
              <w:t>28</w:t>
            </w:r>
            <w:r w:rsidR="00000000">
              <w:t xml:space="preserve"> / </w:t>
            </w:r>
            <w:r>
              <w:t>07</w:t>
            </w:r>
            <w:r w:rsidR="00000000">
              <w:t xml:space="preserve"> / 2026</w:t>
            </w:r>
          </w:p>
        </w:tc>
      </w:tr>
      <w:tr w:rsidR="000165AC" w:rsidRPr="00E63CED" w14:paraId="002745FE" w14:textId="77777777" w:rsidTr="00C60A27">
        <w:tc>
          <w:tcPr>
            <w:tcW w:w="2808" w:type="dxa"/>
          </w:tcPr>
          <w:p w14:paraId="545C3802" w14:textId="77777777" w:rsidR="000165AC" w:rsidRDefault="00000000">
            <w:r>
              <w:rPr>
                <w:b/>
              </w:rPr>
              <w:t>Intervalul orar / durata efectivă</w:t>
            </w:r>
          </w:p>
        </w:tc>
        <w:tc>
          <w:tcPr>
            <w:tcW w:w="6048" w:type="dxa"/>
          </w:tcPr>
          <w:p w14:paraId="70DD9843" w14:textId="11A82621" w:rsidR="000165AC" w:rsidRPr="00E63CED" w:rsidRDefault="00204978" w:rsidP="00204978">
            <w:pPr>
              <w:bidi/>
              <w:jc w:val="right"/>
              <w:rPr>
                <w:lang w:val="fr-FR"/>
              </w:rPr>
            </w:pPr>
            <w:r>
              <w:rPr>
                <w:lang w:val="fr-FR"/>
              </w:rPr>
              <w:t>D</w:t>
            </w:r>
            <w:r w:rsidR="00000000" w:rsidRPr="00E63CED">
              <w:rPr>
                <w:lang w:val="fr-FR"/>
              </w:rPr>
              <w:t xml:space="preserve">e la </w:t>
            </w:r>
            <w:r>
              <w:rPr>
                <w:lang w:val="fr-FR"/>
              </w:rPr>
              <w:t>12 : 00</w:t>
            </w:r>
            <w:r w:rsidR="00000000" w:rsidRPr="00E63CED">
              <w:rPr>
                <w:lang w:val="fr-FR"/>
              </w:rPr>
              <w:t xml:space="preserve"> p</w:t>
            </w:r>
            <w:proofErr w:type="spellStart"/>
            <w:r w:rsidR="00000000" w:rsidRPr="00E63CED">
              <w:rPr>
                <w:lang w:val="fr-FR"/>
              </w:rPr>
              <w:t>ână</w:t>
            </w:r>
            <w:proofErr w:type="spellEnd"/>
            <w:r w:rsidR="00000000" w:rsidRPr="00E63CED">
              <w:rPr>
                <w:lang w:val="fr-FR"/>
              </w:rPr>
              <w:t xml:space="preserve"> la </w:t>
            </w:r>
            <w:proofErr w:type="gramStart"/>
            <w:r>
              <w:rPr>
                <w:lang w:val="fr-FR"/>
              </w:rPr>
              <w:t>14</w:t>
            </w:r>
            <w:r w:rsidRPr="00204978">
              <w:rPr>
                <w:lang w:val="fr-FR"/>
              </w:rPr>
              <w:t>:</w:t>
            </w:r>
            <w:proofErr w:type="gramEnd"/>
            <w:r w:rsidRPr="00204978">
              <w:rPr>
                <w:lang w:val="fr-FR"/>
              </w:rPr>
              <w:t>3</w:t>
            </w:r>
            <w:r>
              <w:rPr>
                <w:lang w:val="fr-FR"/>
              </w:rPr>
              <w:t>0</w:t>
            </w:r>
          </w:p>
        </w:tc>
      </w:tr>
      <w:tr w:rsidR="000165AC" w14:paraId="657C01EB" w14:textId="77777777" w:rsidTr="00C60A27">
        <w:tc>
          <w:tcPr>
            <w:tcW w:w="2808" w:type="dxa"/>
          </w:tcPr>
          <w:p w14:paraId="7DB4DA4A" w14:textId="77777777" w:rsidR="000165AC" w:rsidRDefault="00000000">
            <w:proofErr w:type="spellStart"/>
            <w:r>
              <w:rPr>
                <w:b/>
              </w:rPr>
              <w:t>Modalitatea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desfășurare</w:t>
            </w:r>
            <w:proofErr w:type="spellEnd"/>
          </w:p>
        </w:tc>
        <w:tc>
          <w:tcPr>
            <w:tcW w:w="6048" w:type="dxa"/>
          </w:tcPr>
          <w:p w14:paraId="1E2751DB" w14:textId="6A614AAB" w:rsidR="000165AC" w:rsidRDefault="00204978">
            <w:r>
              <w:t>O</w:t>
            </w:r>
            <w:r w:rsidR="00000000">
              <w:t>nline (</w:t>
            </w:r>
            <w:proofErr w:type="spellStart"/>
            <w:proofErr w:type="gramStart"/>
            <w:r w:rsidR="00000000">
              <w:t>videoconferință</w:t>
            </w:r>
            <w:proofErr w:type="spellEnd"/>
            <w:r w:rsidR="00000000">
              <w:t xml:space="preserve">)   </w:t>
            </w:r>
            <w:proofErr w:type="gramEnd"/>
            <w:r w:rsidR="00000000">
              <w:t xml:space="preserve">— pe mediul de test al </w:t>
            </w:r>
            <w:proofErr w:type="spellStart"/>
            <w:r w:rsidR="00000000">
              <w:t>Furnizorului</w:t>
            </w:r>
            <w:proofErr w:type="spellEnd"/>
          </w:p>
        </w:tc>
      </w:tr>
      <w:tr w:rsidR="000165AC" w14:paraId="4B4D68C3" w14:textId="77777777" w:rsidTr="00C60A27">
        <w:tc>
          <w:tcPr>
            <w:tcW w:w="2808" w:type="dxa"/>
          </w:tcPr>
          <w:p w14:paraId="61627986" w14:textId="77777777" w:rsidR="000165AC" w:rsidRDefault="00000000">
            <w:r>
              <w:rPr>
                <w:b/>
              </w:rPr>
              <w:t>Materiale utilizate</w:t>
            </w:r>
          </w:p>
        </w:tc>
        <w:tc>
          <w:tcPr>
            <w:tcW w:w="6048" w:type="dxa"/>
          </w:tcPr>
          <w:p w14:paraId="62FA7E82" w14:textId="78EB0117" w:rsidR="00204978" w:rsidRDefault="00000000" w:rsidP="00204978">
            <w:r w:rsidRPr="00204978">
              <w:rPr>
                <w:b/>
                <w:bCs/>
              </w:rPr>
              <w:t xml:space="preserve">Agenda </w:t>
            </w:r>
            <w:r>
              <w:t xml:space="preserve">Training_Sesiunea_1_Utilizare_Website_Ecommerce_CRM.docx); </w:t>
            </w:r>
            <w:proofErr w:type="spellStart"/>
            <w:r>
              <w:t>platforma</w:t>
            </w:r>
            <w:proofErr w:type="spellEnd"/>
            <w:r>
              <w:t xml:space="preserve"> live</w:t>
            </w:r>
            <w:r w:rsidR="00204978">
              <w:t xml:space="preserve"> PLUS </w:t>
            </w:r>
            <w:proofErr w:type="spellStart"/>
            <w:r w:rsidR="00204978">
              <w:t>î</w:t>
            </w:r>
            <w:r>
              <w:t>nregistrare</w:t>
            </w:r>
            <w:r w:rsidR="00204978">
              <w:t>a</w:t>
            </w:r>
            <w:proofErr w:type="spellEnd"/>
            <w:r>
              <w:t xml:space="preserve"> video a </w:t>
            </w:r>
            <w:proofErr w:type="spellStart"/>
            <w:r>
              <w:t>demonstrațiilor</w:t>
            </w:r>
            <w:proofErr w:type="spellEnd"/>
            <w:r>
              <w:t xml:space="preserve"> (anexă la prezentul PV)</w:t>
            </w:r>
            <w:r w:rsidR="00204978">
              <w:t xml:space="preserve"> </w:t>
            </w:r>
          </w:p>
          <w:p w14:paraId="0F4E5DE0" w14:textId="77777777" w:rsidR="00204978" w:rsidRDefault="00204978">
            <w:r w:rsidRPr="00204978">
              <w:t xml:space="preserve">Training_Sesiunea_2_Administrare_ERPNext.docx); </w:t>
            </w:r>
          </w:p>
          <w:p w14:paraId="19DCEBC3" w14:textId="31BBE753" w:rsidR="00204978" w:rsidRDefault="00204978" w:rsidP="006D41B7">
            <w:proofErr w:type="spellStart"/>
            <w:r w:rsidRPr="00204978">
              <w:t>platforma</w:t>
            </w:r>
            <w:proofErr w:type="spellEnd"/>
            <w:r w:rsidRPr="00204978">
              <w:t xml:space="preserve"> live</w:t>
            </w:r>
            <w:r>
              <w:t xml:space="preserve"> plus </w:t>
            </w:r>
            <w:proofErr w:type="spellStart"/>
            <w:r>
              <w:t>î</w:t>
            </w:r>
            <w:r w:rsidRPr="00204978">
              <w:t>nregistrare</w:t>
            </w:r>
            <w:proofErr w:type="spellEnd"/>
            <w:r w:rsidRPr="00204978">
              <w:t xml:space="preserve"> video a </w:t>
            </w:r>
            <w:proofErr w:type="spellStart"/>
            <w:r w:rsidRPr="00204978">
              <w:t>demonstra</w:t>
            </w:r>
            <w:r w:rsidRPr="00204978">
              <w:rPr>
                <w:rFonts w:cs="Calibri"/>
              </w:rPr>
              <w:t>ț</w:t>
            </w:r>
            <w:r w:rsidRPr="00204978">
              <w:t>iilor</w:t>
            </w:r>
            <w:proofErr w:type="spellEnd"/>
            <w:r w:rsidRPr="00204978">
              <w:t xml:space="preserve"> (</w:t>
            </w:r>
            <w:proofErr w:type="spellStart"/>
            <w:r w:rsidRPr="00204978">
              <w:t>anex</w:t>
            </w:r>
            <w:r w:rsidRPr="00204978">
              <w:rPr>
                <w:rFonts w:cs="Calibri"/>
              </w:rPr>
              <w:t>ă</w:t>
            </w:r>
            <w:proofErr w:type="spellEnd"/>
            <w:r w:rsidRPr="00204978">
              <w:t xml:space="preserve"> la </w:t>
            </w:r>
            <w:proofErr w:type="spellStart"/>
            <w:r w:rsidRPr="00204978">
              <w:t>prezentul</w:t>
            </w:r>
            <w:proofErr w:type="spellEnd"/>
            <w:r w:rsidRPr="00204978">
              <w:t xml:space="preserve"> PV)</w:t>
            </w:r>
          </w:p>
        </w:tc>
      </w:tr>
    </w:tbl>
    <w:p w14:paraId="73B8E145" w14:textId="77777777" w:rsidR="000165AC" w:rsidRDefault="000165AC"/>
    <w:p w14:paraId="5445DAB1" w14:textId="77777777" w:rsidR="006D41B7" w:rsidRDefault="006D41B7"/>
    <w:p w14:paraId="371BF634" w14:textId="77777777" w:rsidR="006D41B7" w:rsidRDefault="006D41B7"/>
    <w:p w14:paraId="738A4903" w14:textId="77777777" w:rsidR="006D41B7" w:rsidRDefault="006D41B7"/>
    <w:p w14:paraId="3140AC8E" w14:textId="77777777" w:rsidR="006D41B7" w:rsidRDefault="006D41B7"/>
    <w:p w14:paraId="41D9820F" w14:textId="77777777" w:rsidR="006D41B7" w:rsidRDefault="006D41B7"/>
    <w:p w14:paraId="7607D8A9" w14:textId="77777777" w:rsidR="006D41B7" w:rsidRDefault="006D41B7"/>
    <w:p w14:paraId="16A70B81" w14:textId="77777777" w:rsidR="000165AC" w:rsidRDefault="00000000">
      <w:r>
        <w:rPr>
          <w:b/>
          <w:sz w:val="24"/>
        </w:rPr>
        <w:lastRenderedPageBreak/>
        <w:t>1. Agenda parcursă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4572"/>
      </w:tblGrid>
      <w:tr w:rsidR="000165AC" w14:paraId="1AD1B502" w14:textId="77777777" w:rsidTr="006D41B7">
        <w:tc>
          <w:tcPr>
            <w:tcW w:w="4068" w:type="dxa"/>
          </w:tcPr>
          <w:p w14:paraId="21711C05" w14:textId="77777777" w:rsidR="000165AC" w:rsidRDefault="00000000">
            <w:r>
              <w:rPr>
                <w:b/>
              </w:rPr>
              <w:t>Capitol</w:t>
            </w:r>
          </w:p>
        </w:tc>
        <w:tc>
          <w:tcPr>
            <w:tcW w:w="4572" w:type="dxa"/>
          </w:tcPr>
          <w:p w14:paraId="0B4CC296" w14:textId="77777777" w:rsidR="000165AC" w:rsidRDefault="00000000">
            <w:r>
              <w:rPr>
                <w:b/>
              </w:rPr>
              <w:t>Conținut acoperit</w:t>
            </w:r>
          </w:p>
        </w:tc>
      </w:tr>
      <w:tr w:rsidR="000165AC" w14:paraId="76C5C6CC" w14:textId="77777777" w:rsidTr="006D41B7">
        <w:tc>
          <w:tcPr>
            <w:tcW w:w="4068" w:type="dxa"/>
          </w:tcPr>
          <w:p w14:paraId="7A19D042" w14:textId="77777777" w:rsidR="000165AC" w:rsidRPr="00E63CED" w:rsidRDefault="00000000">
            <w:pPr>
              <w:rPr>
                <w:lang w:val="fr-FR"/>
              </w:rPr>
            </w:pPr>
            <w:r w:rsidRPr="00E63CED">
              <w:rPr>
                <w:lang w:val="fr-FR"/>
              </w:rPr>
              <w:t xml:space="preserve">1. </w:t>
            </w:r>
            <w:proofErr w:type="spellStart"/>
            <w:r w:rsidRPr="00E63CED">
              <w:rPr>
                <w:lang w:val="fr-FR"/>
              </w:rPr>
              <w:t>Website-ul</w:t>
            </w:r>
            <w:proofErr w:type="spellEnd"/>
            <w:r w:rsidRPr="00E63CED">
              <w:rPr>
                <w:lang w:val="fr-FR"/>
              </w:rPr>
              <w:t xml:space="preserve"> public de </w:t>
            </w:r>
            <w:proofErr w:type="spellStart"/>
            <w:r w:rsidRPr="00E63CED">
              <w:rPr>
                <w:lang w:val="fr-FR"/>
              </w:rPr>
              <w:t>prezentare</w:t>
            </w:r>
            <w:proofErr w:type="spellEnd"/>
          </w:p>
        </w:tc>
        <w:tc>
          <w:tcPr>
            <w:tcW w:w="4572" w:type="dxa"/>
          </w:tcPr>
          <w:p w14:paraId="4B577F91" w14:textId="77777777" w:rsidR="000165AC" w:rsidRDefault="00000000">
            <w:proofErr w:type="spellStart"/>
            <w:r>
              <w:t>pagini</w:t>
            </w:r>
            <w:proofErr w:type="spellEnd"/>
            <w:r>
              <w:t>, branding PNRR, cookie consent, responsive, RO/EN</w:t>
            </w:r>
          </w:p>
        </w:tc>
      </w:tr>
      <w:tr w:rsidR="000165AC" w14:paraId="320A9A49" w14:textId="77777777" w:rsidTr="006D41B7">
        <w:tc>
          <w:tcPr>
            <w:tcW w:w="4068" w:type="dxa"/>
          </w:tcPr>
          <w:p w14:paraId="1C687A3F" w14:textId="77777777" w:rsidR="000165AC" w:rsidRDefault="00000000">
            <w:r>
              <w:t>2. Cont și autentificare (SSO)</w:t>
            </w:r>
          </w:p>
        </w:tc>
        <w:tc>
          <w:tcPr>
            <w:tcW w:w="4572" w:type="dxa"/>
          </w:tcPr>
          <w:p w14:paraId="6F26795B" w14:textId="77777777" w:rsidR="000165AC" w:rsidRDefault="00000000">
            <w:r>
              <w:t>login unificat prin platforma DiDi, dashboard, profil &amp; GDPR, logout</w:t>
            </w:r>
          </w:p>
        </w:tc>
      </w:tr>
      <w:tr w:rsidR="000165AC" w14:paraId="7028D62A" w14:textId="77777777" w:rsidTr="006D41B7">
        <w:tc>
          <w:tcPr>
            <w:tcW w:w="4068" w:type="dxa"/>
          </w:tcPr>
          <w:p w14:paraId="5BCDB0AB" w14:textId="77777777" w:rsidR="000165AC" w:rsidRDefault="00000000">
            <w:r>
              <w:t>3. Cumpărarea unui serviciu (e-commerce)</w:t>
            </w:r>
          </w:p>
        </w:tc>
        <w:tc>
          <w:tcPr>
            <w:tcW w:w="4572" w:type="dxa"/>
          </w:tcPr>
          <w:p w14:paraId="7CFF7B44" w14:textId="77777777" w:rsidR="000165AC" w:rsidRDefault="00000000">
            <w:r>
              <w:t>catalog, checkout Stripe, plată reușită, plată refuzată, credite</w:t>
            </w:r>
          </w:p>
        </w:tc>
      </w:tr>
      <w:tr w:rsidR="000165AC" w14:paraId="23A76A89" w14:textId="77777777" w:rsidTr="006D41B7">
        <w:tc>
          <w:tcPr>
            <w:tcW w:w="4068" w:type="dxa"/>
          </w:tcPr>
          <w:p w14:paraId="69ACE9D7" w14:textId="77777777" w:rsidR="000165AC" w:rsidRPr="00E63CED" w:rsidRDefault="00000000">
            <w:pPr>
              <w:rPr>
                <w:lang w:val="fr-FR"/>
              </w:rPr>
            </w:pPr>
            <w:r w:rsidRPr="00E63CED">
              <w:rPr>
                <w:lang w:val="fr-FR"/>
              </w:rPr>
              <w:t xml:space="preserve">4. Factura </w:t>
            </w:r>
            <w:proofErr w:type="spellStart"/>
            <w:r w:rsidRPr="00E63CED">
              <w:rPr>
                <w:lang w:val="fr-FR"/>
              </w:rPr>
              <w:t>și</w:t>
            </w:r>
            <w:proofErr w:type="spellEnd"/>
            <w:r w:rsidRPr="00E63CED">
              <w:rPr>
                <w:lang w:val="fr-FR"/>
              </w:rPr>
              <w:t xml:space="preserve"> </w:t>
            </w:r>
            <w:proofErr w:type="spellStart"/>
            <w:r w:rsidRPr="00E63CED">
              <w:rPr>
                <w:lang w:val="fr-FR"/>
              </w:rPr>
              <w:t>emailul</w:t>
            </w:r>
            <w:proofErr w:type="spellEnd"/>
            <w:r w:rsidRPr="00E63CED">
              <w:rPr>
                <w:lang w:val="fr-FR"/>
              </w:rPr>
              <w:t xml:space="preserve"> de </w:t>
            </w:r>
            <w:proofErr w:type="spellStart"/>
            <w:r w:rsidRPr="00E63CED">
              <w:rPr>
                <w:lang w:val="fr-FR"/>
              </w:rPr>
              <w:t>confirmare</w:t>
            </w:r>
            <w:proofErr w:type="spellEnd"/>
          </w:p>
        </w:tc>
        <w:tc>
          <w:tcPr>
            <w:tcW w:w="4572" w:type="dxa"/>
          </w:tcPr>
          <w:p w14:paraId="2993BC31" w14:textId="77777777" w:rsidR="000165AC" w:rsidRDefault="00000000">
            <w:r>
              <w:t xml:space="preserve">factura </w:t>
            </w:r>
            <w:proofErr w:type="spellStart"/>
            <w:r>
              <w:t>în</w:t>
            </w:r>
            <w:proofErr w:type="spellEnd"/>
            <w:r>
              <w:t xml:space="preserve"> dashboard, email cu PDF atașat</w:t>
            </w:r>
          </w:p>
        </w:tc>
      </w:tr>
      <w:tr w:rsidR="000165AC" w:rsidRPr="00E63CED" w14:paraId="57C2EC19" w14:textId="77777777" w:rsidTr="006D41B7">
        <w:tc>
          <w:tcPr>
            <w:tcW w:w="4068" w:type="dxa"/>
          </w:tcPr>
          <w:p w14:paraId="68AECF3A" w14:textId="77777777" w:rsidR="000165AC" w:rsidRDefault="00000000">
            <w:r>
              <w:t>5. Rularea unei analize AI și raportul</w:t>
            </w:r>
          </w:p>
        </w:tc>
        <w:tc>
          <w:tcPr>
            <w:tcW w:w="4572" w:type="dxa"/>
          </w:tcPr>
          <w:p w14:paraId="1550CC86" w14:textId="77777777" w:rsidR="000165AC" w:rsidRPr="00E63CED" w:rsidRDefault="00000000">
            <w:pPr>
              <w:rPr>
                <w:lang w:val="fr-FR"/>
              </w:rPr>
            </w:pPr>
            <w:proofErr w:type="spellStart"/>
            <w:proofErr w:type="gramStart"/>
            <w:r w:rsidRPr="00E63CED">
              <w:rPr>
                <w:lang w:val="fr-FR"/>
              </w:rPr>
              <w:t>consum</w:t>
            </w:r>
            <w:proofErr w:type="spellEnd"/>
            <w:proofErr w:type="gramEnd"/>
            <w:r w:rsidRPr="00E63CED">
              <w:rPr>
                <w:lang w:val="fr-FR"/>
              </w:rPr>
              <w:t xml:space="preserve"> </w:t>
            </w:r>
            <w:proofErr w:type="spellStart"/>
            <w:r w:rsidRPr="00E63CED">
              <w:rPr>
                <w:lang w:val="fr-FR"/>
              </w:rPr>
              <w:t>unic</w:t>
            </w:r>
            <w:proofErr w:type="spellEnd"/>
            <w:r w:rsidRPr="00E63CED">
              <w:rPr>
                <w:lang w:val="fr-FR"/>
              </w:rPr>
              <w:t xml:space="preserve">, </w:t>
            </w:r>
            <w:proofErr w:type="spellStart"/>
            <w:r w:rsidRPr="00E63CED">
              <w:rPr>
                <w:lang w:val="fr-FR"/>
              </w:rPr>
              <w:t>rezultat</w:t>
            </w:r>
            <w:proofErr w:type="spellEnd"/>
            <w:r w:rsidRPr="00E63CED">
              <w:rPr>
                <w:lang w:val="fr-FR"/>
              </w:rPr>
              <w:t xml:space="preserve">, </w:t>
            </w:r>
            <w:proofErr w:type="spellStart"/>
            <w:r w:rsidRPr="00E63CED">
              <w:rPr>
                <w:lang w:val="fr-FR"/>
              </w:rPr>
              <w:t>tehnici</w:t>
            </w:r>
            <w:proofErr w:type="spellEnd"/>
            <w:r w:rsidRPr="00E63CED">
              <w:rPr>
                <w:lang w:val="fr-FR"/>
              </w:rPr>
              <w:t xml:space="preserve"> de </w:t>
            </w:r>
            <w:proofErr w:type="spellStart"/>
            <w:r w:rsidRPr="00E63CED">
              <w:rPr>
                <w:lang w:val="fr-FR"/>
              </w:rPr>
              <w:t>manipulare</w:t>
            </w:r>
            <w:proofErr w:type="spellEnd"/>
            <w:r w:rsidRPr="00E63CED">
              <w:rPr>
                <w:lang w:val="fr-FR"/>
              </w:rPr>
              <w:t xml:space="preserve">, </w:t>
            </w:r>
            <w:proofErr w:type="spellStart"/>
            <w:r w:rsidRPr="00E63CED">
              <w:rPr>
                <w:lang w:val="fr-FR"/>
              </w:rPr>
              <w:t>raport</w:t>
            </w:r>
            <w:proofErr w:type="spellEnd"/>
            <w:r w:rsidRPr="00E63CED">
              <w:rPr>
                <w:lang w:val="fr-FR"/>
              </w:rPr>
              <w:t xml:space="preserve"> PDF</w:t>
            </w:r>
          </w:p>
        </w:tc>
      </w:tr>
      <w:tr w:rsidR="000165AC" w:rsidRPr="00E63CED" w14:paraId="19CC25F4" w14:textId="77777777" w:rsidTr="006D41B7">
        <w:tc>
          <w:tcPr>
            <w:tcW w:w="4068" w:type="dxa"/>
          </w:tcPr>
          <w:p w14:paraId="6BE8567E" w14:textId="77777777" w:rsidR="000165AC" w:rsidRPr="00E63CED" w:rsidRDefault="00000000">
            <w:pPr>
              <w:rPr>
                <w:lang w:val="fr-FR"/>
              </w:rPr>
            </w:pPr>
            <w:r w:rsidRPr="00E63CED">
              <w:rPr>
                <w:lang w:val="fr-FR"/>
              </w:rPr>
              <w:t xml:space="preserve">6. </w:t>
            </w:r>
            <w:proofErr w:type="spellStart"/>
            <w:r w:rsidRPr="00E63CED">
              <w:rPr>
                <w:lang w:val="fr-FR"/>
              </w:rPr>
              <w:t>Formularul</w:t>
            </w:r>
            <w:proofErr w:type="spellEnd"/>
            <w:r w:rsidRPr="00E63CED">
              <w:rPr>
                <w:lang w:val="fr-FR"/>
              </w:rPr>
              <w:t xml:space="preserve"> de contact </w:t>
            </w:r>
            <w:proofErr w:type="spellStart"/>
            <w:r w:rsidRPr="00E63CED">
              <w:rPr>
                <w:lang w:val="fr-FR"/>
              </w:rPr>
              <w:t>și</w:t>
            </w:r>
            <w:proofErr w:type="spellEnd"/>
            <w:r w:rsidRPr="00E63CED">
              <w:rPr>
                <w:lang w:val="fr-FR"/>
              </w:rPr>
              <w:t xml:space="preserve"> lead-</w:t>
            </w:r>
            <w:proofErr w:type="spellStart"/>
            <w:r w:rsidRPr="00E63CED">
              <w:rPr>
                <w:lang w:val="fr-FR"/>
              </w:rPr>
              <w:t>ul</w:t>
            </w:r>
            <w:proofErr w:type="spellEnd"/>
            <w:r w:rsidRPr="00E63CED">
              <w:rPr>
                <w:lang w:val="fr-FR"/>
              </w:rPr>
              <w:t xml:space="preserve"> </w:t>
            </w:r>
            <w:proofErr w:type="spellStart"/>
            <w:r w:rsidRPr="00E63CED">
              <w:rPr>
                <w:lang w:val="fr-FR"/>
              </w:rPr>
              <w:t>în</w:t>
            </w:r>
            <w:proofErr w:type="spellEnd"/>
            <w:r w:rsidRPr="00E63CED">
              <w:rPr>
                <w:lang w:val="fr-FR"/>
              </w:rPr>
              <w:t xml:space="preserve"> CRM</w:t>
            </w:r>
          </w:p>
        </w:tc>
        <w:tc>
          <w:tcPr>
            <w:tcW w:w="4572" w:type="dxa"/>
          </w:tcPr>
          <w:p w14:paraId="4B4B10B1" w14:textId="77777777" w:rsidR="000165AC" w:rsidRPr="00E63CED" w:rsidRDefault="00000000">
            <w:pPr>
              <w:rPr>
                <w:lang w:val="fr-FR"/>
              </w:rPr>
            </w:pPr>
            <w:proofErr w:type="gramStart"/>
            <w:r w:rsidRPr="00E63CED">
              <w:rPr>
                <w:lang w:val="fr-FR"/>
              </w:rPr>
              <w:t>lead</w:t>
            </w:r>
            <w:proofErr w:type="gramEnd"/>
            <w:r w:rsidRPr="00E63CED">
              <w:rPr>
                <w:lang w:val="fr-FR"/>
              </w:rPr>
              <w:t xml:space="preserve"> </w:t>
            </w:r>
            <w:proofErr w:type="spellStart"/>
            <w:r w:rsidRPr="00E63CED">
              <w:rPr>
                <w:lang w:val="fr-FR"/>
              </w:rPr>
              <w:t>automat</w:t>
            </w:r>
            <w:proofErr w:type="spellEnd"/>
            <w:r w:rsidRPr="00E63CED">
              <w:rPr>
                <w:lang w:val="fr-FR"/>
              </w:rPr>
              <w:t xml:space="preserve"> </w:t>
            </w:r>
            <w:proofErr w:type="spellStart"/>
            <w:r w:rsidRPr="00E63CED">
              <w:rPr>
                <w:lang w:val="fr-FR"/>
              </w:rPr>
              <w:t>cu</w:t>
            </w:r>
            <w:proofErr w:type="spellEnd"/>
            <w:r w:rsidRPr="00E63CED">
              <w:rPr>
                <w:lang w:val="fr-FR"/>
              </w:rPr>
              <w:t xml:space="preserve"> </w:t>
            </w:r>
            <w:proofErr w:type="spellStart"/>
            <w:r w:rsidRPr="00E63CED">
              <w:rPr>
                <w:lang w:val="fr-FR"/>
              </w:rPr>
              <w:t>sursă</w:t>
            </w:r>
            <w:proofErr w:type="spellEnd"/>
            <w:r w:rsidRPr="00E63CED">
              <w:rPr>
                <w:lang w:val="fr-FR"/>
              </w:rPr>
              <w:t xml:space="preserve">, pipeline de </w:t>
            </w:r>
            <w:proofErr w:type="spellStart"/>
            <w:r w:rsidRPr="00E63CED">
              <w:rPr>
                <w:lang w:val="fr-FR"/>
              </w:rPr>
              <w:t>vânzări</w:t>
            </w:r>
            <w:proofErr w:type="spellEnd"/>
          </w:p>
        </w:tc>
      </w:tr>
      <w:tr w:rsidR="000165AC" w14:paraId="79E7B0B9" w14:textId="77777777" w:rsidTr="006D41B7">
        <w:trPr>
          <w:trHeight w:val="293"/>
        </w:trPr>
        <w:tc>
          <w:tcPr>
            <w:tcW w:w="4068" w:type="dxa"/>
          </w:tcPr>
          <w:p w14:paraId="47D8B857" w14:textId="77777777" w:rsidR="000165AC" w:rsidRDefault="00000000">
            <w:r>
              <w:t>7. Recapitulare și întrebări</w:t>
            </w:r>
          </w:p>
        </w:tc>
        <w:tc>
          <w:tcPr>
            <w:tcW w:w="4572" w:type="dxa"/>
          </w:tcPr>
          <w:p w14:paraId="6024AC02" w14:textId="33A73962" w:rsidR="00204978" w:rsidRDefault="00000000" w:rsidP="00FA70FC">
            <w:proofErr w:type="spellStart"/>
            <w:r>
              <w:t>traseul</w:t>
            </w:r>
            <w:proofErr w:type="spellEnd"/>
            <w:r>
              <w:t xml:space="preserve"> </w:t>
            </w:r>
            <w:proofErr w:type="spellStart"/>
            <w:r>
              <w:t>complet</w:t>
            </w:r>
            <w:proofErr w:type="spellEnd"/>
            <w:r>
              <w:t>, Q&amp;A</w:t>
            </w:r>
          </w:p>
        </w:tc>
      </w:tr>
      <w:tr w:rsidR="00204978" w14:paraId="408DD1B1" w14:textId="77777777" w:rsidTr="006D41B7">
        <w:tc>
          <w:tcPr>
            <w:tcW w:w="4068" w:type="dxa"/>
          </w:tcPr>
          <w:p w14:paraId="75583EAC" w14:textId="367DDCC0" w:rsidR="00204978" w:rsidRDefault="00204978" w:rsidP="007A3FE6">
            <w:r>
              <w:t>8</w:t>
            </w:r>
            <w:r>
              <w:t xml:space="preserve">. </w:t>
            </w:r>
            <w:proofErr w:type="spellStart"/>
            <w:r>
              <w:t>Orientare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ERPNext</w:t>
            </w:r>
            <w:proofErr w:type="spellEnd"/>
          </w:p>
        </w:tc>
        <w:tc>
          <w:tcPr>
            <w:tcW w:w="4572" w:type="dxa"/>
          </w:tcPr>
          <w:p w14:paraId="556937C8" w14:textId="77777777" w:rsidR="00204978" w:rsidRDefault="00204978" w:rsidP="007A3FE6">
            <w:proofErr w:type="spellStart"/>
            <w:r>
              <w:t>autentificare</w:t>
            </w:r>
            <w:proofErr w:type="spellEnd"/>
            <w:r>
              <w:t>, workspace-</w:t>
            </w:r>
            <w:proofErr w:type="spellStart"/>
            <w:r>
              <w:t>uri</w:t>
            </w:r>
            <w:proofErr w:type="spellEnd"/>
            <w:r>
              <w:t xml:space="preserve">, </w:t>
            </w:r>
            <w:proofErr w:type="spellStart"/>
            <w:r>
              <w:t>căutare</w:t>
            </w:r>
            <w:proofErr w:type="spellEnd"/>
            <w:r>
              <w:t xml:space="preserve"> </w:t>
            </w:r>
            <w:proofErr w:type="spellStart"/>
            <w:r>
              <w:t>globală</w:t>
            </w:r>
            <w:proofErr w:type="spellEnd"/>
          </w:p>
        </w:tc>
      </w:tr>
      <w:tr w:rsidR="00204978" w14:paraId="6DDC026F" w14:textId="77777777" w:rsidTr="006D41B7">
        <w:tc>
          <w:tcPr>
            <w:tcW w:w="4068" w:type="dxa"/>
          </w:tcPr>
          <w:p w14:paraId="1BB24B92" w14:textId="7BAD475B" w:rsidR="00204978" w:rsidRDefault="00204978" w:rsidP="007A3FE6">
            <w:r>
              <w:t>9</w:t>
            </w:r>
            <w:r>
              <w:t xml:space="preserve">. </w:t>
            </w:r>
            <w:proofErr w:type="spellStart"/>
            <w:r>
              <w:t>Facturile</w:t>
            </w:r>
            <w:proofErr w:type="spellEnd"/>
            <w:r>
              <w:t xml:space="preserve"> de </w:t>
            </w:r>
            <w:proofErr w:type="spellStart"/>
            <w:r>
              <w:t>vânzare</w:t>
            </w:r>
            <w:proofErr w:type="spellEnd"/>
          </w:p>
        </w:tc>
        <w:tc>
          <w:tcPr>
            <w:tcW w:w="4572" w:type="dxa"/>
          </w:tcPr>
          <w:p w14:paraId="2209D278" w14:textId="77777777" w:rsidR="00204978" w:rsidRDefault="00204978" w:rsidP="007A3FE6">
            <w:proofErr w:type="spellStart"/>
            <w:r>
              <w:t>serii</w:t>
            </w:r>
            <w:proofErr w:type="spellEnd"/>
            <w:r>
              <w:t xml:space="preserve"> DIDI-INV, TVA </w:t>
            </w:r>
            <w:proofErr w:type="spellStart"/>
            <w:r>
              <w:t>inclus</w:t>
            </w:r>
            <w:proofErr w:type="spellEnd"/>
            <w:r>
              <w:t xml:space="preserve">, </w:t>
            </w:r>
            <w:proofErr w:type="spellStart"/>
            <w:r>
              <w:t>câmpuri</w:t>
            </w:r>
            <w:proofErr w:type="spellEnd"/>
            <w:r>
              <w:t xml:space="preserve"> </w:t>
            </w:r>
            <w:proofErr w:type="spellStart"/>
            <w:r>
              <w:t>DiDi</w:t>
            </w:r>
            <w:proofErr w:type="spellEnd"/>
            <w:r>
              <w:t>, PDF branded</w:t>
            </w:r>
          </w:p>
        </w:tc>
      </w:tr>
      <w:tr w:rsidR="00204978" w14:paraId="142B322C" w14:textId="77777777" w:rsidTr="006D41B7">
        <w:tc>
          <w:tcPr>
            <w:tcW w:w="4068" w:type="dxa"/>
          </w:tcPr>
          <w:p w14:paraId="2C56490C" w14:textId="6E95955C" w:rsidR="00204978" w:rsidRDefault="00204978" w:rsidP="007A3FE6">
            <w:r>
              <w:t>10</w:t>
            </w:r>
            <w:r>
              <w:t xml:space="preserve">. </w:t>
            </w:r>
            <w:proofErr w:type="spellStart"/>
            <w:r>
              <w:t>Încasările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jurnalul</w:t>
            </w:r>
            <w:proofErr w:type="spellEnd"/>
            <w:r>
              <w:t xml:space="preserve"> </w:t>
            </w:r>
            <w:proofErr w:type="spellStart"/>
            <w:r>
              <w:t>contabil</w:t>
            </w:r>
            <w:proofErr w:type="spellEnd"/>
          </w:p>
        </w:tc>
        <w:tc>
          <w:tcPr>
            <w:tcW w:w="4572" w:type="dxa"/>
          </w:tcPr>
          <w:p w14:paraId="053D1A6B" w14:textId="77777777" w:rsidR="00204978" w:rsidRDefault="00204978" w:rsidP="007A3FE6">
            <w:r>
              <w:t xml:space="preserve">Payment Entry, Accounting Ledger, </w:t>
            </w:r>
            <w:proofErr w:type="spellStart"/>
            <w:r>
              <w:t>conturi</w:t>
            </w:r>
            <w:proofErr w:type="spellEnd"/>
            <w:r>
              <w:t xml:space="preserve"> 4111/4427/704</w:t>
            </w:r>
          </w:p>
        </w:tc>
      </w:tr>
      <w:tr w:rsidR="00204978" w14:paraId="7EC9A5AD" w14:textId="77777777" w:rsidTr="006D41B7">
        <w:tc>
          <w:tcPr>
            <w:tcW w:w="4068" w:type="dxa"/>
          </w:tcPr>
          <w:p w14:paraId="58307768" w14:textId="3BC731D9" w:rsidR="00204978" w:rsidRDefault="00204978" w:rsidP="007A3FE6">
            <w:r>
              <w:t>11</w:t>
            </w:r>
            <w:r>
              <w:t xml:space="preserve">. </w:t>
            </w:r>
            <w:proofErr w:type="spellStart"/>
            <w:r>
              <w:t>Rapoartele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</w:p>
        </w:tc>
        <w:tc>
          <w:tcPr>
            <w:tcW w:w="4572" w:type="dxa"/>
          </w:tcPr>
          <w:p w14:paraId="5661BE2D" w14:textId="77777777" w:rsidR="00204978" w:rsidRDefault="00204978" w:rsidP="007A3FE6">
            <w:r>
              <w:t>Sales Register, Trial Balance, Accounts Receivable, export</w:t>
            </w:r>
          </w:p>
        </w:tc>
      </w:tr>
      <w:tr w:rsidR="00204978" w:rsidRPr="00204978" w14:paraId="3F17E68E" w14:textId="77777777" w:rsidTr="006D41B7">
        <w:tc>
          <w:tcPr>
            <w:tcW w:w="4068" w:type="dxa"/>
          </w:tcPr>
          <w:p w14:paraId="18E5DC2E" w14:textId="423858BF" w:rsidR="00204978" w:rsidRPr="00204978" w:rsidRDefault="00204978" w:rsidP="007A3FE6">
            <w:pPr>
              <w:rPr>
                <w:lang w:val="fr-FR"/>
              </w:rPr>
            </w:pPr>
            <w:r>
              <w:rPr>
                <w:lang w:val="fr-FR"/>
              </w:rPr>
              <w:t>12</w:t>
            </w:r>
            <w:r w:rsidRPr="00204978">
              <w:rPr>
                <w:lang w:val="fr-FR"/>
              </w:rPr>
              <w:t xml:space="preserve">. </w:t>
            </w:r>
            <w:proofErr w:type="spellStart"/>
            <w:r w:rsidRPr="00204978">
              <w:rPr>
                <w:lang w:val="fr-FR"/>
              </w:rPr>
              <w:t>Clienții</w:t>
            </w:r>
            <w:proofErr w:type="spellEnd"/>
            <w:r w:rsidRPr="00204978">
              <w:rPr>
                <w:lang w:val="fr-FR"/>
              </w:rPr>
              <w:t xml:space="preserve"> </w:t>
            </w:r>
            <w:proofErr w:type="spellStart"/>
            <w:r w:rsidRPr="00204978">
              <w:rPr>
                <w:lang w:val="fr-FR"/>
              </w:rPr>
              <w:t>și</w:t>
            </w:r>
            <w:proofErr w:type="spellEnd"/>
            <w:r w:rsidRPr="00204978">
              <w:rPr>
                <w:lang w:val="fr-FR"/>
              </w:rPr>
              <w:t xml:space="preserve"> </w:t>
            </w:r>
            <w:proofErr w:type="spellStart"/>
            <w:r w:rsidRPr="00204978">
              <w:rPr>
                <w:lang w:val="fr-FR"/>
              </w:rPr>
              <w:t>datele</w:t>
            </w:r>
            <w:proofErr w:type="spellEnd"/>
            <w:r w:rsidRPr="00204978">
              <w:rPr>
                <w:lang w:val="fr-FR"/>
              </w:rPr>
              <w:t xml:space="preserve"> </w:t>
            </w:r>
            <w:proofErr w:type="spellStart"/>
            <w:r w:rsidRPr="00204978">
              <w:rPr>
                <w:lang w:val="fr-FR"/>
              </w:rPr>
              <w:t>platformei</w:t>
            </w:r>
            <w:proofErr w:type="spellEnd"/>
            <w:r w:rsidRPr="00204978">
              <w:rPr>
                <w:lang w:val="fr-FR"/>
              </w:rPr>
              <w:t xml:space="preserve"> </w:t>
            </w:r>
            <w:proofErr w:type="spellStart"/>
            <w:r w:rsidRPr="00204978">
              <w:rPr>
                <w:lang w:val="fr-FR"/>
              </w:rPr>
              <w:t>DiDi</w:t>
            </w:r>
            <w:proofErr w:type="spellEnd"/>
          </w:p>
        </w:tc>
        <w:tc>
          <w:tcPr>
            <w:tcW w:w="4572" w:type="dxa"/>
          </w:tcPr>
          <w:p w14:paraId="453C8DC7" w14:textId="77777777" w:rsidR="00204978" w:rsidRPr="00204978" w:rsidRDefault="00204978" w:rsidP="007A3FE6">
            <w:pPr>
              <w:rPr>
                <w:lang w:val="fr-FR"/>
              </w:rPr>
            </w:pPr>
            <w:proofErr w:type="spellStart"/>
            <w:proofErr w:type="gramStart"/>
            <w:r w:rsidRPr="00204978">
              <w:rPr>
                <w:lang w:val="fr-FR"/>
              </w:rPr>
              <w:t>fișă</w:t>
            </w:r>
            <w:proofErr w:type="spellEnd"/>
            <w:proofErr w:type="gramEnd"/>
            <w:r w:rsidRPr="00204978">
              <w:rPr>
                <w:lang w:val="fr-FR"/>
              </w:rPr>
              <w:t xml:space="preserve"> client, </w:t>
            </w:r>
            <w:proofErr w:type="spellStart"/>
            <w:r w:rsidRPr="00204978">
              <w:rPr>
                <w:lang w:val="fr-FR"/>
              </w:rPr>
              <w:t>câmpuri</w:t>
            </w:r>
            <w:proofErr w:type="spellEnd"/>
            <w:r w:rsidRPr="00204978">
              <w:rPr>
                <w:lang w:val="fr-FR"/>
              </w:rPr>
              <w:t xml:space="preserve"> </w:t>
            </w:r>
            <w:proofErr w:type="spellStart"/>
            <w:r w:rsidRPr="00204978">
              <w:rPr>
                <w:lang w:val="fr-FR"/>
              </w:rPr>
              <w:t>DiDi</w:t>
            </w:r>
            <w:proofErr w:type="spellEnd"/>
            <w:r w:rsidRPr="00204978">
              <w:rPr>
                <w:lang w:val="fr-FR"/>
              </w:rPr>
              <w:t xml:space="preserve">, client </w:t>
            </w:r>
            <w:proofErr w:type="spellStart"/>
            <w:r w:rsidRPr="00204978">
              <w:rPr>
                <w:lang w:val="fr-FR"/>
              </w:rPr>
              <w:t>creat</w:t>
            </w:r>
            <w:proofErr w:type="spellEnd"/>
            <w:r w:rsidRPr="00204978">
              <w:rPr>
                <w:lang w:val="fr-FR"/>
              </w:rPr>
              <w:t xml:space="preserve"> </w:t>
            </w:r>
            <w:proofErr w:type="spellStart"/>
            <w:r w:rsidRPr="00204978">
              <w:rPr>
                <w:lang w:val="fr-FR"/>
              </w:rPr>
              <w:t>automat</w:t>
            </w:r>
            <w:proofErr w:type="spellEnd"/>
          </w:p>
        </w:tc>
      </w:tr>
      <w:tr w:rsidR="00204978" w14:paraId="6E57391D" w14:textId="77777777" w:rsidTr="006D41B7">
        <w:tc>
          <w:tcPr>
            <w:tcW w:w="4068" w:type="dxa"/>
          </w:tcPr>
          <w:p w14:paraId="12F4B892" w14:textId="1A138D84" w:rsidR="00204978" w:rsidRDefault="00204978" w:rsidP="007A3FE6">
            <w:r>
              <w:t>13</w:t>
            </w:r>
            <w:r>
              <w:t>. CRM — lead-</w:t>
            </w:r>
            <w:proofErr w:type="spellStart"/>
            <w:r>
              <w:t>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pipeline</w:t>
            </w:r>
          </w:p>
        </w:tc>
        <w:tc>
          <w:tcPr>
            <w:tcW w:w="4572" w:type="dxa"/>
          </w:tcPr>
          <w:p w14:paraId="51596A7E" w14:textId="77777777" w:rsidR="00204978" w:rsidRDefault="00204978" w:rsidP="007A3FE6">
            <w:proofErr w:type="spellStart"/>
            <w:r>
              <w:t>surse</w:t>
            </w:r>
            <w:proofErr w:type="spellEnd"/>
            <w:r>
              <w:t xml:space="preserve">, </w:t>
            </w:r>
            <w:proofErr w:type="spellStart"/>
            <w:r>
              <w:t>statusuri</w:t>
            </w:r>
            <w:proofErr w:type="spellEnd"/>
            <w:r>
              <w:t xml:space="preserve">, </w:t>
            </w:r>
            <w:proofErr w:type="spellStart"/>
            <w:r>
              <w:t>filtrare</w:t>
            </w:r>
            <w:proofErr w:type="spellEnd"/>
          </w:p>
        </w:tc>
      </w:tr>
      <w:tr w:rsidR="00204978" w14:paraId="048E0B3F" w14:textId="77777777" w:rsidTr="006D41B7">
        <w:tc>
          <w:tcPr>
            <w:tcW w:w="4068" w:type="dxa"/>
          </w:tcPr>
          <w:p w14:paraId="23370978" w14:textId="06E7F0C0" w:rsidR="00204978" w:rsidRPr="00204978" w:rsidRDefault="00204978" w:rsidP="007A3FE6">
            <w:pPr>
              <w:rPr>
                <w:lang w:val="fr-FR"/>
              </w:rPr>
            </w:pPr>
            <w:r>
              <w:rPr>
                <w:lang w:val="fr-FR"/>
              </w:rPr>
              <w:t>14</w:t>
            </w:r>
            <w:r w:rsidRPr="00204978">
              <w:rPr>
                <w:lang w:val="fr-FR"/>
              </w:rPr>
              <w:t xml:space="preserve">. </w:t>
            </w:r>
            <w:proofErr w:type="spellStart"/>
            <w:r w:rsidRPr="00204978">
              <w:rPr>
                <w:lang w:val="fr-FR"/>
              </w:rPr>
              <w:t>Acorduri</w:t>
            </w:r>
            <w:proofErr w:type="spellEnd"/>
            <w:r w:rsidRPr="00204978">
              <w:rPr>
                <w:lang w:val="fr-FR"/>
              </w:rPr>
              <w:t xml:space="preserve"> de </w:t>
            </w:r>
            <w:proofErr w:type="spellStart"/>
            <w:r w:rsidRPr="00204978">
              <w:rPr>
                <w:lang w:val="fr-FR"/>
              </w:rPr>
              <w:t>servicii</w:t>
            </w:r>
            <w:proofErr w:type="spellEnd"/>
            <w:r w:rsidRPr="00204978">
              <w:rPr>
                <w:lang w:val="fr-FR"/>
              </w:rPr>
              <w:t xml:space="preserve"> </w:t>
            </w:r>
            <w:proofErr w:type="spellStart"/>
            <w:r w:rsidRPr="00204978">
              <w:rPr>
                <w:lang w:val="fr-FR"/>
              </w:rPr>
              <w:t>și</w:t>
            </w:r>
            <w:proofErr w:type="spellEnd"/>
            <w:r w:rsidRPr="00204978">
              <w:rPr>
                <w:lang w:val="fr-FR"/>
              </w:rPr>
              <w:t xml:space="preserve"> </w:t>
            </w:r>
            <w:proofErr w:type="spellStart"/>
            <w:r w:rsidRPr="00204978">
              <w:rPr>
                <w:lang w:val="fr-FR"/>
              </w:rPr>
              <w:t>auditul</w:t>
            </w:r>
            <w:proofErr w:type="spellEnd"/>
            <w:r w:rsidRPr="00204978">
              <w:rPr>
                <w:lang w:val="fr-FR"/>
              </w:rPr>
              <w:t xml:space="preserve"> </w:t>
            </w:r>
            <w:proofErr w:type="spellStart"/>
            <w:r w:rsidRPr="00204978">
              <w:rPr>
                <w:lang w:val="fr-FR"/>
              </w:rPr>
              <w:t>plăților</w:t>
            </w:r>
            <w:proofErr w:type="spellEnd"/>
          </w:p>
        </w:tc>
        <w:tc>
          <w:tcPr>
            <w:tcW w:w="4572" w:type="dxa"/>
          </w:tcPr>
          <w:p w14:paraId="117304DB" w14:textId="77777777" w:rsidR="00204978" w:rsidRDefault="00204978" w:rsidP="007A3FE6">
            <w:r>
              <w:t>Service Agreement, Payment Log</w:t>
            </w:r>
          </w:p>
        </w:tc>
      </w:tr>
      <w:tr w:rsidR="00204978" w14:paraId="275D420D" w14:textId="77777777" w:rsidTr="006D41B7">
        <w:tc>
          <w:tcPr>
            <w:tcW w:w="4068" w:type="dxa"/>
          </w:tcPr>
          <w:p w14:paraId="58522084" w14:textId="13AD9950" w:rsidR="00204978" w:rsidRDefault="00204978" w:rsidP="007A3FE6">
            <w:r>
              <w:t>15</w:t>
            </w:r>
            <w:r>
              <w:t xml:space="preserve">. </w:t>
            </w:r>
            <w:proofErr w:type="spellStart"/>
            <w:r>
              <w:t>Conținutul</w:t>
            </w:r>
            <w:proofErr w:type="spellEnd"/>
            <w:r>
              <w:t xml:space="preserve"> website-</w:t>
            </w:r>
            <w:proofErr w:type="spellStart"/>
            <w:r>
              <w:t>ului</w:t>
            </w:r>
            <w:proofErr w:type="spellEnd"/>
            <w:r>
              <w:t xml:space="preserve"> (CMS)</w:t>
            </w:r>
          </w:p>
        </w:tc>
        <w:tc>
          <w:tcPr>
            <w:tcW w:w="4572" w:type="dxa"/>
          </w:tcPr>
          <w:p w14:paraId="61B63D5F" w14:textId="77777777" w:rsidR="00204978" w:rsidRDefault="00204978" w:rsidP="007A3FE6">
            <w:proofErr w:type="spellStart"/>
            <w:r>
              <w:t>editare</w:t>
            </w:r>
            <w:proofErr w:type="spellEnd"/>
            <w:r>
              <w:t xml:space="preserve"> Website Content → </w:t>
            </w:r>
            <w:proofErr w:type="spellStart"/>
            <w:r>
              <w:t>efect</w:t>
            </w:r>
            <w:proofErr w:type="spellEnd"/>
            <w:r>
              <w:t xml:space="preserve"> </w:t>
            </w:r>
            <w:proofErr w:type="spellStart"/>
            <w:r>
              <w:t>imediat</w:t>
            </w:r>
            <w:proofErr w:type="spellEnd"/>
            <w:r>
              <w:t xml:space="preserve"> pe site</w:t>
            </w:r>
          </w:p>
        </w:tc>
      </w:tr>
      <w:tr w:rsidR="00204978" w14:paraId="5A670FA8" w14:textId="77777777" w:rsidTr="006D41B7">
        <w:tc>
          <w:tcPr>
            <w:tcW w:w="4068" w:type="dxa"/>
          </w:tcPr>
          <w:p w14:paraId="3FBBACB6" w14:textId="6261EEA1" w:rsidR="00204978" w:rsidRDefault="00204978" w:rsidP="007A3FE6">
            <w:r>
              <w:t>16</w:t>
            </w:r>
            <w:r>
              <w:t xml:space="preserve">. Email </w:t>
            </w:r>
            <w:proofErr w:type="spellStart"/>
            <w:r>
              <w:t>tranzacțional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operare</w:t>
            </w:r>
            <w:proofErr w:type="spellEnd"/>
          </w:p>
        </w:tc>
        <w:tc>
          <w:tcPr>
            <w:tcW w:w="4572" w:type="dxa"/>
          </w:tcPr>
          <w:p w14:paraId="1DDDA09B" w14:textId="77777777" w:rsidR="00204978" w:rsidRDefault="00204978" w:rsidP="007A3FE6">
            <w:r>
              <w:t xml:space="preserve">Email Account/SMTP, inbox test, </w:t>
            </w:r>
            <w:proofErr w:type="spellStart"/>
            <w:r>
              <w:t>ghiduri</w:t>
            </w:r>
            <w:proofErr w:type="spellEnd"/>
            <w:r>
              <w:t xml:space="preserve"> de </w:t>
            </w:r>
            <w:proofErr w:type="spellStart"/>
            <w:r>
              <w:t>operare</w:t>
            </w:r>
            <w:proofErr w:type="spellEnd"/>
          </w:p>
        </w:tc>
      </w:tr>
      <w:tr w:rsidR="00204978" w14:paraId="38145D99" w14:textId="77777777" w:rsidTr="006D41B7">
        <w:tc>
          <w:tcPr>
            <w:tcW w:w="4068" w:type="dxa"/>
          </w:tcPr>
          <w:p w14:paraId="3ED08675" w14:textId="1504183F" w:rsidR="00204978" w:rsidRDefault="00204978" w:rsidP="007A3FE6">
            <w:r>
              <w:t>1</w:t>
            </w:r>
            <w:r>
              <w:t>7</w:t>
            </w:r>
            <w:r>
              <w:t xml:space="preserve">. </w:t>
            </w:r>
            <w:proofErr w:type="spellStart"/>
            <w:r>
              <w:t>Recapitulare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întrebări</w:t>
            </w:r>
            <w:proofErr w:type="spellEnd"/>
          </w:p>
        </w:tc>
        <w:tc>
          <w:tcPr>
            <w:tcW w:w="4572" w:type="dxa"/>
          </w:tcPr>
          <w:p w14:paraId="60C31BF5" w14:textId="77777777" w:rsidR="00204978" w:rsidRDefault="00204978" w:rsidP="007A3FE6">
            <w:proofErr w:type="spellStart"/>
            <w:r>
              <w:t>harta</w:t>
            </w:r>
            <w:proofErr w:type="spellEnd"/>
            <w:r>
              <w:t xml:space="preserve"> </w:t>
            </w:r>
            <w:proofErr w:type="spellStart"/>
            <w:r>
              <w:t>fluxurilor</w:t>
            </w:r>
            <w:proofErr w:type="spellEnd"/>
            <w:r>
              <w:t xml:space="preserve"> automate, Q&amp;A</w:t>
            </w:r>
          </w:p>
        </w:tc>
      </w:tr>
    </w:tbl>
    <w:p w14:paraId="26B9B190" w14:textId="77777777" w:rsidR="00204978" w:rsidRDefault="00204978"/>
    <w:p w14:paraId="18E36B22" w14:textId="77777777" w:rsidR="000165AC" w:rsidRDefault="00000000">
      <w:r>
        <w:rPr>
          <w:b/>
          <w:sz w:val="24"/>
        </w:rPr>
        <w:t>2. Constatări</w:t>
      </w:r>
    </w:p>
    <w:p w14:paraId="6791C6A0" w14:textId="77777777" w:rsidR="000165AC" w:rsidRDefault="00000000">
      <w:pPr>
        <w:pStyle w:val="ListBullet"/>
      </w:pPr>
      <w:r>
        <w:t>Toate capitolele din agendă au fost parcurse integral, cu demonstrații practice pe platforma funcțională (mediul de test).</w:t>
      </w:r>
    </w:p>
    <w:p w14:paraId="5E7DC8B5" w14:textId="77777777" w:rsidR="000165AC" w:rsidRPr="00E63CED" w:rsidRDefault="00000000">
      <w:pPr>
        <w:pStyle w:val="ListBullet"/>
        <w:rPr>
          <w:lang w:val="fr-FR"/>
        </w:rPr>
      </w:pPr>
      <w:proofErr w:type="spellStart"/>
      <w:r w:rsidRPr="00E63CED">
        <w:rPr>
          <w:lang w:val="fr-FR"/>
        </w:rPr>
        <w:t>Participanții</w:t>
      </w:r>
      <w:proofErr w:type="spellEnd"/>
      <w:r w:rsidRPr="00E63CED">
        <w:rPr>
          <w:lang w:val="fr-FR"/>
        </w:rPr>
        <w:t xml:space="preserve"> au </w:t>
      </w:r>
      <w:proofErr w:type="spellStart"/>
      <w:r w:rsidRPr="00E63CED">
        <w:rPr>
          <w:lang w:val="fr-FR"/>
        </w:rPr>
        <w:t>avut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posibilitatea</w:t>
      </w:r>
      <w:proofErr w:type="spellEnd"/>
      <w:r w:rsidRPr="00E63CED">
        <w:rPr>
          <w:lang w:val="fr-FR"/>
        </w:rPr>
        <w:t xml:space="preserve"> </w:t>
      </w:r>
      <w:proofErr w:type="gramStart"/>
      <w:r w:rsidRPr="00E63CED">
        <w:rPr>
          <w:lang w:val="fr-FR"/>
        </w:rPr>
        <w:t>de a</w:t>
      </w:r>
      <w:proofErr w:type="gram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adresa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întrebări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pe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parcursul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întregii</w:t>
      </w:r>
      <w:proofErr w:type="spellEnd"/>
      <w:r w:rsidRPr="00E63CED">
        <w:rPr>
          <w:lang w:val="fr-FR"/>
        </w:rPr>
        <w:t xml:space="preserve"> </w:t>
      </w:r>
      <w:proofErr w:type="spellStart"/>
      <w:proofErr w:type="gramStart"/>
      <w:r w:rsidRPr="00E63CED">
        <w:rPr>
          <w:lang w:val="fr-FR"/>
        </w:rPr>
        <w:t>sesiuni</w:t>
      </w:r>
      <w:proofErr w:type="spellEnd"/>
      <w:r w:rsidRPr="00E63CED">
        <w:rPr>
          <w:lang w:val="fr-FR"/>
        </w:rPr>
        <w:t>;</w:t>
      </w:r>
      <w:proofErr w:type="gram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întrebările</w:t>
      </w:r>
      <w:proofErr w:type="spellEnd"/>
      <w:r w:rsidRPr="00E63CED">
        <w:rPr>
          <w:lang w:val="fr-FR"/>
        </w:rPr>
        <w:t xml:space="preserve"> au </w:t>
      </w:r>
      <w:proofErr w:type="spellStart"/>
      <w:r w:rsidRPr="00E63CED">
        <w:rPr>
          <w:lang w:val="fr-FR"/>
        </w:rPr>
        <w:t>primit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răspuns</w:t>
      </w:r>
      <w:proofErr w:type="spellEnd"/>
      <w:r w:rsidRPr="00E63CED">
        <w:rPr>
          <w:lang w:val="fr-FR"/>
        </w:rPr>
        <w:t>.</w:t>
      </w:r>
    </w:p>
    <w:p w14:paraId="1A89A6C4" w14:textId="77777777" w:rsidR="000165AC" w:rsidRPr="00E63CED" w:rsidRDefault="00000000">
      <w:pPr>
        <w:pStyle w:val="ListBullet"/>
        <w:rPr>
          <w:lang w:val="fr-FR"/>
        </w:rPr>
      </w:pPr>
      <w:proofErr w:type="spellStart"/>
      <w:r w:rsidRPr="00E63CED">
        <w:rPr>
          <w:lang w:val="fr-FR"/>
        </w:rPr>
        <w:t>Participanții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din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partea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Beneficiarului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confirmă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că</w:t>
      </w:r>
      <w:proofErr w:type="spellEnd"/>
      <w:r w:rsidRPr="00E63CED">
        <w:rPr>
          <w:lang w:val="fr-FR"/>
        </w:rPr>
        <w:t xml:space="preserve"> au </w:t>
      </w:r>
      <w:proofErr w:type="spellStart"/>
      <w:r w:rsidRPr="00E63CED">
        <w:rPr>
          <w:lang w:val="fr-FR"/>
        </w:rPr>
        <w:t>înțeles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fluxurile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prezentate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și</w:t>
      </w:r>
      <w:proofErr w:type="spellEnd"/>
      <w:r w:rsidRPr="00E63CED">
        <w:rPr>
          <w:lang w:val="fr-FR"/>
        </w:rPr>
        <w:t xml:space="preserve"> pot </w:t>
      </w:r>
      <w:proofErr w:type="spellStart"/>
      <w:r w:rsidRPr="00E63CED">
        <w:rPr>
          <w:lang w:val="fr-FR"/>
        </w:rPr>
        <w:t>opera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autonom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funcționalitățile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acoperite</w:t>
      </w:r>
      <w:proofErr w:type="spellEnd"/>
      <w:r w:rsidRPr="00E63CED">
        <w:rPr>
          <w:lang w:val="fr-FR"/>
        </w:rPr>
        <w:t>.</w:t>
      </w:r>
    </w:p>
    <w:p w14:paraId="2DCF6CF8" w14:textId="20640749" w:rsidR="000165AC" w:rsidRDefault="00000000">
      <w:pPr>
        <w:pStyle w:val="ListBullet"/>
      </w:pPr>
      <w:r w:rsidRPr="00E63CED">
        <w:rPr>
          <w:lang w:val="fr-FR"/>
        </w:rPr>
        <w:t xml:space="preserve">Nu au </w:t>
      </w:r>
      <w:proofErr w:type="spellStart"/>
      <w:r w:rsidRPr="00E63CED">
        <w:rPr>
          <w:lang w:val="fr-FR"/>
        </w:rPr>
        <w:t>fost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identificate</w:t>
      </w:r>
      <w:proofErr w:type="spellEnd"/>
      <w:r w:rsidRPr="00E63CED">
        <w:rPr>
          <w:lang w:val="fr-FR"/>
        </w:rPr>
        <w:t xml:space="preserve"> aspecte </w:t>
      </w:r>
      <w:proofErr w:type="spellStart"/>
      <w:r w:rsidRPr="00E63CED">
        <w:rPr>
          <w:lang w:val="fr-FR"/>
        </w:rPr>
        <w:t>nefuncționale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în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timpul</w:t>
      </w:r>
      <w:proofErr w:type="spellEnd"/>
      <w:r w:rsidRPr="00E63CED">
        <w:rPr>
          <w:lang w:val="fr-FR"/>
        </w:rPr>
        <w:t xml:space="preserve"> </w:t>
      </w:r>
      <w:proofErr w:type="spellStart"/>
      <w:r w:rsidRPr="00E63CED">
        <w:rPr>
          <w:lang w:val="fr-FR"/>
        </w:rPr>
        <w:t>demonstrațiilor</w:t>
      </w:r>
      <w:proofErr w:type="spellEnd"/>
      <w:r w:rsidRPr="00E63CED">
        <w:rPr>
          <w:lang w:val="fr-FR"/>
        </w:rPr>
        <w:t xml:space="preserve">.  </w:t>
      </w:r>
      <w:proofErr w:type="spellStart"/>
      <w:r>
        <w:t>Observații</w:t>
      </w:r>
      <w:proofErr w:type="spellEnd"/>
      <w:r>
        <w:t xml:space="preserve"> (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): </w:t>
      </w:r>
      <w:r w:rsidR="00FA70FC">
        <w:t xml:space="preserve">Nu </w:t>
      </w:r>
      <w:proofErr w:type="spellStart"/>
      <w:r w:rsidR="00FA70FC">
        <w:t>exista</w:t>
      </w:r>
      <w:proofErr w:type="spellEnd"/>
      <w:r w:rsidR="00FA70FC">
        <w:t>.</w:t>
      </w:r>
    </w:p>
    <w:p w14:paraId="09942FAD" w14:textId="77777777" w:rsidR="000165AC" w:rsidRDefault="000165AC"/>
    <w:p w14:paraId="485A9334" w14:textId="77777777" w:rsidR="006D41B7" w:rsidRDefault="006D41B7"/>
    <w:p w14:paraId="5D20710B" w14:textId="77777777" w:rsidR="006D41B7" w:rsidRDefault="006D41B7"/>
    <w:p w14:paraId="453ABB48" w14:textId="77777777" w:rsidR="006D41B7" w:rsidRDefault="006D41B7"/>
    <w:p w14:paraId="14F5C190" w14:textId="77777777" w:rsidR="000165AC" w:rsidRDefault="00000000">
      <w:r>
        <w:rPr>
          <w:b/>
          <w:sz w:val="24"/>
        </w:rPr>
        <w:t>3. Participanți (echipa Beneficiarului)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165AC" w14:paraId="5F51F2B8" w14:textId="77777777">
        <w:tc>
          <w:tcPr>
            <w:tcW w:w="2880" w:type="dxa"/>
          </w:tcPr>
          <w:p w14:paraId="330F7041" w14:textId="77777777" w:rsidR="000165AC" w:rsidRDefault="00000000">
            <w:r>
              <w:rPr>
                <w:b/>
              </w:rPr>
              <w:t>Nume și prenume</w:t>
            </w:r>
          </w:p>
        </w:tc>
        <w:tc>
          <w:tcPr>
            <w:tcW w:w="2880" w:type="dxa"/>
          </w:tcPr>
          <w:p w14:paraId="72523744" w14:textId="77777777" w:rsidR="000165AC" w:rsidRDefault="00000000">
            <w:r>
              <w:rPr>
                <w:b/>
              </w:rPr>
              <w:t>Funcția</w:t>
            </w:r>
          </w:p>
        </w:tc>
        <w:tc>
          <w:tcPr>
            <w:tcW w:w="2880" w:type="dxa"/>
          </w:tcPr>
          <w:p w14:paraId="571F1ABF" w14:textId="77777777" w:rsidR="000165AC" w:rsidRDefault="00000000">
            <w:r>
              <w:rPr>
                <w:b/>
              </w:rPr>
              <w:t>Semnătura</w:t>
            </w:r>
          </w:p>
        </w:tc>
      </w:tr>
      <w:tr w:rsidR="000165AC" w14:paraId="72EDCFF2" w14:textId="77777777">
        <w:tc>
          <w:tcPr>
            <w:tcW w:w="2880" w:type="dxa"/>
          </w:tcPr>
          <w:p w14:paraId="65D954CF" w14:textId="3F931A67" w:rsidR="000165AC" w:rsidRDefault="006D41B7">
            <w:r>
              <w:t>Alexe Vasile Emilian</w:t>
            </w:r>
          </w:p>
        </w:tc>
        <w:tc>
          <w:tcPr>
            <w:tcW w:w="2880" w:type="dxa"/>
          </w:tcPr>
          <w:p w14:paraId="5D976C7A" w14:textId="1139E11D" w:rsidR="000165AC" w:rsidRDefault="006D41B7">
            <w:r>
              <w:t>Administrator</w:t>
            </w:r>
          </w:p>
        </w:tc>
        <w:tc>
          <w:tcPr>
            <w:tcW w:w="2880" w:type="dxa"/>
          </w:tcPr>
          <w:p w14:paraId="1290A0D9" w14:textId="77777777" w:rsidR="000165AC" w:rsidRDefault="000165AC"/>
          <w:p w14:paraId="6E7772D9" w14:textId="77777777" w:rsidR="00FA70FC" w:rsidRDefault="00FA70FC"/>
          <w:p w14:paraId="15297803" w14:textId="77777777" w:rsidR="00FA70FC" w:rsidRDefault="00FA70FC"/>
        </w:tc>
      </w:tr>
      <w:tr w:rsidR="000165AC" w14:paraId="2D093B77" w14:textId="77777777">
        <w:tc>
          <w:tcPr>
            <w:tcW w:w="2880" w:type="dxa"/>
          </w:tcPr>
          <w:p w14:paraId="284F7459" w14:textId="77777777" w:rsidR="000165AC" w:rsidRDefault="000165AC"/>
        </w:tc>
        <w:tc>
          <w:tcPr>
            <w:tcW w:w="2880" w:type="dxa"/>
          </w:tcPr>
          <w:p w14:paraId="0B2F3082" w14:textId="77777777" w:rsidR="000165AC" w:rsidRDefault="000165AC"/>
        </w:tc>
        <w:tc>
          <w:tcPr>
            <w:tcW w:w="2880" w:type="dxa"/>
          </w:tcPr>
          <w:p w14:paraId="2C64AB38" w14:textId="77777777" w:rsidR="000165AC" w:rsidRDefault="000165AC"/>
        </w:tc>
      </w:tr>
      <w:tr w:rsidR="000165AC" w14:paraId="281CB706" w14:textId="77777777">
        <w:tc>
          <w:tcPr>
            <w:tcW w:w="2880" w:type="dxa"/>
          </w:tcPr>
          <w:p w14:paraId="563B1FF1" w14:textId="77777777" w:rsidR="000165AC" w:rsidRDefault="000165AC"/>
        </w:tc>
        <w:tc>
          <w:tcPr>
            <w:tcW w:w="2880" w:type="dxa"/>
          </w:tcPr>
          <w:p w14:paraId="354546FB" w14:textId="77777777" w:rsidR="000165AC" w:rsidRDefault="000165AC"/>
        </w:tc>
        <w:tc>
          <w:tcPr>
            <w:tcW w:w="2880" w:type="dxa"/>
          </w:tcPr>
          <w:p w14:paraId="3DC0CA46" w14:textId="77777777" w:rsidR="000165AC" w:rsidRDefault="000165AC"/>
        </w:tc>
      </w:tr>
      <w:tr w:rsidR="000165AC" w14:paraId="6A9BF5D4" w14:textId="77777777">
        <w:tc>
          <w:tcPr>
            <w:tcW w:w="2880" w:type="dxa"/>
          </w:tcPr>
          <w:p w14:paraId="70A6219E" w14:textId="77777777" w:rsidR="000165AC" w:rsidRDefault="000165AC"/>
        </w:tc>
        <w:tc>
          <w:tcPr>
            <w:tcW w:w="2880" w:type="dxa"/>
          </w:tcPr>
          <w:p w14:paraId="30648C55" w14:textId="77777777" w:rsidR="000165AC" w:rsidRDefault="000165AC"/>
        </w:tc>
        <w:tc>
          <w:tcPr>
            <w:tcW w:w="2880" w:type="dxa"/>
          </w:tcPr>
          <w:p w14:paraId="1C685BF1" w14:textId="77777777" w:rsidR="000165AC" w:rsidRDefault="000165AC"/>
        </w:tc>
      </w:tr>
    </w:tbl>
    <w:p w14:paraId="7C32B894" w14:textId="77777777" w:rsidR="000165AC" w:rsidRDefault="000165AC"/>
    <w:p w14:paraId="40DFFB8E" w14:textId="67334FA2" w:rsidR="000165AC" w:rsidRDefault="00000000">
      <w:r>
        <w:rPr>
          <w:b/>
        </w:rPr>
        <w:t xml:space="preserve">Prezentul proces-verbal atestă îndeplinirea obligației de training </w:t>
      </w:r>
      <w:proofErr w:type="spellStart"/>
      <w:r>
        <w:rPr>
          <w:b/>
        </w:rPr>
        <w:t>aferente</w:t>
      </w:r>
      <w:proofErr w:type="spellEnd"/>
      <w:r>
        <w:rPr>
          <w:b/>
        </w:rPr>
        <w:t xml:space="preserve"> </w:t>
      </w:r>
      <w:proofErr w:type="spellStart"/>
      <w:r w:rsidR="006D41B7">
        <w:rPr>
          <w:b/>
        </w:rPr>
        <w:t>Sesiunilor</w:t>
      </w:r>
      <w:proofErr w:type="spellEnd"/>
      <w:r w:rsidR="006D41B7">
        <w:rPr>
          <w:b/>
        </w:rPr>
        <w:t xml:space="preserve"> 1 </w:t>
      </w:r>
      <w:proofErr w:type="spellStart"/>
      <w:r w:rsidR="006D41B7">
        <w:rPr>
          <w:b/>
        </w:rPr>
        <w:t>și</w:t>
      </w:r>
      <w:proofErr w:type="spellEnd"/>
      <w:r w:rsidR="006D41B7">
        <w:rPr>
          <w:b/>
        </w:rPr>
        <w:t xml:space="preserve"> 2</w:t>
      </w:r>
      <w:r>
        <w:rPr>
          <w:b/>
        </w:rPr>
        <w:t xml:space="preserve">, conform </w:t>
      </w:r>
      <w:proofErr w:type="spellStart"/>
      <w:r>
        <w:rPr>
          <w:b/>
        </w:rPr>
        <w:t>secțiunii</w:t>
      </w:r>
      <w:proofErr w:type="spellEnd"/>
      <w:r>
        <w:rPr>
          <w:b/>
        </w:rPr>
        <w:t xml:space="preserve"> B.7.3 din Propunerea Tehnică.</w:t>
      </w:r>
    </w:p>
    <w:p w14:paraId="6BC23EBD" w14:textId="77777777" w:rsidR="000165AC" w:rsidRDefault="000165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0165AC" w14:paraId="1B50C59F" w14:textId="77777777" w:rsidTr="00E63CED">
        <w:tc>
          <w:tcPr>
            <w:tcW w:w="4320" w:type="dxa"/>
          </w:tcPr>
          <w:p w14:paraId="15EDD5CB" w14:textId="77777777" w:rsidR="000165AC" w:rsidRDefault="00000000">
            <w:r>
              <w:rPr>
                <w:b/>
              </w:rPr>
              <w:t>BENEFICIAR: TOP CLOSSERS SRL</w:t>
            </w:r>
          </w:p>
        </w:tc>
        <w:tc>
          <w:tcPr>
            <w:tcW w:w="4320" w:type="dxa"/>
          </w:tcPr>
          <w:p w14:paraId="602F8D68" w14:textId="77777777" w:rsidR="000165AC" w:rsidRDefault="00000000">
            <w:r>
              <w:rPr>
                <w:b/>
              </w:rPr>
              <w:t>FURNIZOR: DP SOFTWARE SERVICE S.R.L.</w:t>
            </w:r>
          </w:p>
        </w:tc>
      </w:tr>
      <w:tr w:rsidR="000165AC" w14:paraId="4DE6FD2D" w14:textId="77777777" w:rsidTr="00E63CED">
        <w:tc>
          <w:tcPr>
            <w:tcW w:w="4320" w:type="dxa"/>
          </w:tcPr>
          <w:p w14:paraId="04BA1B63" w14:textId="3B3A74D2" w:rsidR="000165AC" w:rsidRDefault="00000000">
            <w:r>
              <w:t xml:space="preserve">Nume, funcția: </w:t>
            </w:r>
            <w:r w:rsidR="0073406C">
              <w:t>Alexe Vasile Emilian, Administrator</w:t>
            </w:r>
          </w:p>
        </w:tc>
        <w:tc>
          <w:tcPr>
            <w:tcW w:w="4320" w:type="dxa"/>
          </w:tcPr>
          <w:p w14:paraId="0D8D5BAB" w14:textId="77777777" w:rsidR="0073406C" w:rsidRDefault="00000000">
            <w:r>
              <w:t xml:space="preserve">Nume, funcția: </w:t>
            </w:r>
            <w:r w:rsidR="0073406C">
              <w:t xml:space="preserve">Maxim Morari </w:t>
            </w:r>
          </w:p>
          <w:p w14:paraId="72B96866" w14:textId="6C658432" w:rsidR="000165AC" w:rsidRDefault="0073406C">
            <w:r>
              <w:t>Administrator</w:t>
            </w:r>
          </w:p>
        </w:tc>
      </w:tr>
      <w:tr w:rsidR="000165AC" w14:paraId="2CF49571" w14:textId="77777777" w:rsidTr="00E63CED">
        <w:tc>
          <w:tcPr>
            <w:tcW w:w="4320" w:type="dxa"/>
          </w:tcPr>
          <w:p w14:paraId="7157DCE5" w14:textId="7D0821EE" w:rsidR="0073406C" w:rsidRDefault="00000000">
            <w:proofErr w:type="spellStart"/>
            <w:r>
              <w:t>Semnătura</w:t>
            </w:r>
            <w:proofErr w:type="spellEnd"/>
            <w:r>
              <w:t xml:space="preserve">, </w:t>
            </w:r>
          </w:p>
          <w:p w14:paraId="7FCE680A" w14:textId="77777777" w:rsidR="0073406C" w:rsidRDefault="0073406C"/>
          <w:p w14:paraId="318B8562" w14:textId="52C23740" w:rsidR="000165AC" w:rsidRDefault="00000000">
            <w:r>
              <w:t>________________</w:t>
            </w:r>
          </w:p>
        </w:tc>
        <w:tc>
          <w:tcPr>
            <w:tcW w:w="4320" w:type="dxa"/>
          </w:tcPr>
          <w:p w14:paraId="74252211" w14:textId="56086B7B" w:rsidR="0073406C" w:rsidRDefault="00000000">
            <w:r>
              <w:t xml:space="preserve">Semnătura, </w:t>
            </w:r>
          </w:p>
          <w:p w14:paraId="35722417" w14:textId="77777777" w:rsidR="0073406C" w:rsidRDefault="0073406C"/>
          <w:p w14:paraId="5088D8DE" w14:textId="4F98D6B8" w:rsidR="000165AC" w:rsidRDefault="00000000">
            <w:r>
              <w:t>________________________</w:t>
            </w:r>
          </w:p>
        </w:tc>
      </w:tr>
    </w:tbl>
    <w:p w14:paraId="6B629E2E" w14:textId="77777777" w:rsidR="00204978" w:rsidRDefault="00204978"/>
    <w:sectPr w:rsidR="00204978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8A73" w14:textId="77777777" w:rsidR="008534FA" w:rsidRDefault="008534FA" w:rsidP="00E63CED">
      <w:pPr>
        <w:spacing w:after="0" w:line="240" w:lineRule="auto"/>
      </w:pPr>
      <w:r>
        <w:separator/>
      </w:r>
    </w:p>
  </w:endnote>
  <w:endnote w:type="continuationSeparator" w:id="0">
    <w:p w14:paraId="730A2C3F" w14:textId="77777777" w:rsidR="008534FA" w:rsidRDefault="008534FA" w:rsidP="00E6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75F10" w14:textId="77777777" w:rsidR="008534FA" w:rsidRDefault="008534FA" w:rsidP="00E63CED">
      <w:pPr>
        <w:spacing w:after="0" w:line="240" w:lineRule="auto"/>
      </w:pPr>
      <w:r>
        <w:separator/>
      </w:r>
    </w:p>
  </w:footnote>
  <w:footnote w:type="continuationSeparator" w:id="0">
    <w:p w14:paraId="61179DDD" w14:textId="77777777" w:rsidR="008534FA" w:rsidRDefault="008534FA" w:rsidP="00E63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84CF" w14:textId="16749C60" w:rsidR="00E63CED" w:rsidRDefault="00E63CED">
    <w:pPr>
      <w:pStyle w:val="Header"/>
    </w:pPr>
    <w:r>
      <w:rPr>
        <w:noProof/>
      </w:rPr>
      <w:drawing>
        <wp:inline distT="0" distB="0" distL="0" distR="0" wp14:anchorId="129FDCBB" wp14:editId="215C5210">
          <wp:extent cx="5486400" cy="455295"/>
          <wp:effectExtent l="0" t="0" r="0" b="1905"/>
          <wp:docPr id="18077755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775557" name="Picture 18077755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542952">
    <w:abstractNumId w:val="8"/>
  </w:num>
  <w:num w:numId="2" w16cid:durableId="778377562">
    <w:abstractNumId w:val="6"/>
  </w:num>
  <w:num w:numId="3" w16cid:durableId="666591154">
    <w:abstractNumId w:val="5"/>
  </w:num>
  <w:num w:numId="4" w16cid:durableId="583147020">
    <w:abstractNumId w:val="4"/>
  </w:num>
  <w:num w:numId="5" w16cid:durableId="179245882">
    <w:abstractNumId w:val="7"/>
  </w:num>
  <w:num w:numId="6" w16cid:durableId="2093314854">
    <w:abstractNumId w:val="3"/>
  </w:num>
  <w:num w:numId="7" w16cid:durableId="1767383689">
    <w:abstractNumId w:val="2"/>
  </w:num>
  <w:num w:numId="8" w16cid:durableId="580867106">
    <w:abstractNumId w:val="1"/>
  </w:num>
  <w:num w:numId="9" w16cid:durableId="45025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5AC"/>
    <w:rsid w:val="00034616"/>
    <w:rsid w:val="0006063C"/>
    <w:rsid w:val="0015074B"/>
    <w:rsid w:val="00204978"/>
    <w:rsid w:val="0029639D"/>
    <w:rsid w:val="00326F90"/>
    <w:rsid w:val="00570DC1"/>
    <w:rsid w:val="006D41B7"/>
    <w:rsid w:val="0073406C"/>
    <w:rsid w:val="008534FA"/>
    <w:rsid w:val="00AA1D8D"/>
    <w:rsid w:val="00B47730"/>
    <w:rsid w:val="00B570C0"/>
    <w:rsid w:val="00C60A27"/>
    <w:rsid w:val="00CB0664"/>
    <w:rsid w:val="00E63CED"/>
    <w:rsid w:val="00F94768"/>
    <w:rsid w:val="00FA70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AD6A0A"/>
  <w14:defaultImageDpi w14:val="300"/>
  <w15:docId w15:val="{793D648E-8DB3-4180-BADF-1B0DB1FF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475</Words>
  <Characters>3223</Characters>
  <Application>Microsoft Office Word</Application>
  <DocSecurity>0</DocSecurity>
  <Lines>128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 SOFTWARE SERVICE S.R.L.</dc:creator>
  <cp:keywords/>
  <dc:description/>
  <cp:lastModifiedBy>DP SOFTWARE SERVICE S.R.L.</cp:lastModifiedBy>
  <cp:revision>3</cp:revision>
  <dcterms:created xsi:type="dcterms:W3CDTF">2026-07-28T09:00:00Z</dcterms:created>
  <dcterms:modified xsi:type="dcterms:W3CDTF">2026-07-28T09:00:00Z</dcterms:modified>
  <cp:category/>
</cp:coreProperties>
</file>